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Lake Gaston Soccer Association</w:t>
      </w:r>
    </w:p>
    <w:p>
      <w:pPr>
        <w:jc w:val="center"/>
      </w:pPr>
      <w:r>
        <w:rPr>
          <w:b/>
          <w:sz w:val="36"/>
        </w:rPr>
        <w:t>COACH HUB — MASTER WEBSITE PUBLISHING PACKAGE</w:t>
      </w:r>
    </w:p>
    <w:p>
      <w:pPr>
        <w:jc w:val="center"/>
      </w:pPr>
      <w:r>
        <w:rPr>
          <w:i/>
        </w:rPr>
        <w:t>U6 • U8 • U10 • U12</w:t>
      </w:r>
    </w:p>
    <w:p/>
    <w:p>
      <w:pPr>
        <w:pStyle w:val="Heading1"/>
      </w:pPr>
      <w:r>
        <w:t>Master Handoff Overview</w:t>
      </w:r>
    </w:p>
    <w:p>
      <w:r>
        <w:t>This document consolidates the current LGSA Coach Hub publishing materials into one website-editor handoff. The goal is a mobile-first resource that makes volunteer coaching easier by providing ready-to-run sessions, game-day help, emergency practices, and age-appropriate development guidance.</w:t>
      </w:r>
    </w:p>
    <w:p>
      <w:pPr>
        <w:pStyle w:val="Heading2"/>
      </w:pPr>
      <w:r>
        <w:t>Recommended Coach Hub Structure</w:t>
      </w:r>
    </w:p>
    <w:p>
      <w:pPr>
        <w:pStyle w:val="ListBullet"/>
      </w:pPr>
      <w:r>
        <w:t>Coach Hub landing page → U6 | U8 | U10 | U12</w:t>
      </w:r>
    </w:p>
    <w:p>
      <w:pPr>
        <w:pStyle w:val="ListBullet"/>
      </w:pPr>
      <w:r>
        <w:t>Each age group → Follow the Season / Sessions</w:t>
      </w:r>
    </w:p>
    <w:p>
      <w:pPr>
        <w:pStyle w:val="ListBullet"/>
      </w:pPr>
      <w:r>
        <w:t>Each age group → I Need a Practice/Session Right Now</w:t>
      </w:r>
    </w:p>
    <w:p>
      <w:pPr>
        <w:pStyle w:val="ListBullet"/>
      </w:pPr>
      <w:r>
        <w:t>Competitive groups → Game-Day Cheat Sheet</w:t>
      </w:r>
    </w:p>
    <w:p>
      <w:pPr>
        <w:pStyle w:val="ListBullet"/>
      </w:pPr>
      <w:r>
        <w:t>Each age group → Pick a Practice / Team Is Struggling With</w:t>
      </w:r>
    </w:p>
    <w:p>
      <w:pPr>
        <w:pStyle w:val="ListBullet"/>
      </w:pPr>
      <w:r>
        <w:t>Permanent public URL and one QR code to the Coach Hub landing page</w:t>
      </w:r>
    </w:p>
    <w:p>
      <w:pPr>
        <w:pStyle w:val="Heading2"/>
      </w:pPr>
      <w:r>
        <w:t>Age-Group Philosophy</w:t>
      </w:r>
    </w:p>
    <w:p>
      <w:r>
        <w:rPr>
          <w:b/>
        </w:rPr>
        <w:t xml:space="preserve">U6: </w:t>
      </w:r>
      <w:r>
        <w:t>Fun-first introduction. Ball familiarity, movement, imagination, simple scoring, and loose scrimmages rather than inter-club game preparation.</w:t>
      </w:r>
    </w:p>
    <w:p>
      <w:r>
        <w:rPr>
          <w:b/>
        </w:rPr>
        <w:t xml:space="preserve">U8: </w:t>
      </w:r>
      <w:r>
        <w:t>Foundational individual skill and game understanding. Minimal lines, lots of touches, 4v4 concepts, restarts, and finding space.</w:t>
      </w:r>
    </w:p>
    <w:p>
      <w:r>
        <w:rPr>
          <w:b/>
        </w:rPr>
        <w:t xml:space="preserve">U10: </w:t>
      </w:r>
      <w:r>
        <w:t>Transition toward team play: 7v7 organization, goalkeeper/build-out play, passing options, 1v1/2v1 decisions, width, defending, and transition.</w:t>
      </w:r>
    </w:p>
    <w:p>
      <w:r>
        <w:rPr>
          <w:b/>
        </w:rPr>
        <w:t xml:space="preserve">U12: </w:t>
      </w:r>
      <w:r>
        <w:t>More game-realistic decision-making: first touch, support, overloads, combination play, team defending, transition, width, depth, and 9v9 organization.</w:t>
      </w:r>
    </w:p>
    <w:p>
      <w:r>
        <w:br w:type="page"/>
      </w:r>
    </w:p>
    <w:p>
      <w:pPr>
        <w:pStyle w:val="Heading1"/>
      </w:pPr>
      <w:r>
        <w:t>U6 — Soccer Fun Sessions</w:t>
      </w:r>
    </w:p>
    <w:p>
      <w:pPr>
        <w:pStyle w:val="Title"/>
        <w:jc w:val="center"/>
      </w:pPr>
      <w:r>
        <w:rPr>
          <w:b/>
        </w:rPr>
        <w:t>LGSA Coach Hub — U6 Soccer Fun Sessions</w:t>
      </w:r>
    </w:p>
    <w:p>
      <w:pPr>
        <w:jc w:val="center"/>
      </w:pPr>
      <w:r>
        <w:rPr>
          <w:i/>
        </w:rPr>
        <w:t>Fun-first introduction to soccer • Website Publishing Package</w:t>
      </w:r>
    </w:p>
    <w:p>
      <w:pPr>
        <w:pStyle w:val="Heading1"/>
      </w:pPr>
      <w:r>
        <w:t>1. What U6 Is For</w:t>
      </w:r>
    </w:p>
    <w:p>
      <w:r>
        <w:t>U6 is not a miniature competitive league. LGSA's U6 sessions are an introduction to soccer: fun, movement, a ball at each child's feet, simple games, and loose scrimmages. The goal is for children to become comfortable with the ball, understand a few basic ideas, and want to come back.</w:t>
      </w:r>
    </w:p>
    <w:p>
      <w:pPr>
        <w:pStyle w:val="ListBullet"/>
      </w:pPr>
      <w:r>
        <w:t>Fun first.</w:t>
      </w:r>
    </w:p>
    <w:p>
      <w:pPr>
        <w:pStyle w:val="ListBullet"/>
      </w:pPr>
      <w:r>
        <w:t>Every child should have a ball as much as possible.</w:t>
      </w:r>
    </w:p>
    <w:p>
      <w:pPr>
        <w:pStyle w:val="ListBullet"/>
      </w:pPr>
      <w:r>
        <w:t>Very little standing in lines.</w:t>
      </w:r>
    </w:p>
    <w:p>
      <w:pPr>
        <w:pStyle w:val="ListBullet"/>
      </w:pPr>
      <w:r>
        <w:t>Keep instructions extremely short — show it and start.</w:t>
      </w:r>
    </w:p>
    <w:p>
      <w:pPr>
        <w:pStyle w:val="ListBullet"/>
      </w:pPr>
      <w:r>
        <w:t>No tactical formations or fixed positions.</w:t>
      </w:r>
    </w:p>
    <w:p>
      <w:pPr>
        <w:pStyle w:val="ListBullet"/>
      </w:pPr>
      <w:r>
        <w:t>No pressure about winning, score, or perfect technique.</w:t>
      </w:r>
    </w:p>
    <w:p>
      <w:pPr>
        <w:pStyle w:val="ListBullet"/>
      </w:pPr>
      <w:r>
        <w:t>Use imagination: islands, treasure, traffic, sharks, castles, rockets, etc.</w:t>
      </w:r>
    </w:p>
    <w:p>
      <w:pPr>
        <w:pStyle w:val="ListBullet"/>
      </w:pPr>
      <w:r>
        <w:t>End most sessions with loose 2v2, 3v3, or 4v4 play depending on attendance.</w:t>
      </w:r>
    </w:p>
    <w:p>
      <w:pPr>
        <w:pStyle w:val="Heading1"/>
      </w:pPr>
      <w:r>
        <w:t>2. U6 Coach Center Navigation</w:t>
      </w:r>
    </w:p>
    <w:p>
      <w:pPr>
        <w:pStyle w:val="ListBullet"/>
      </w:pPr>
      <w:r>
        <w:t>🎉 START HERE — How to Run U6</w:t>
      </w:r>
    </w:p>
    <w:p>
      <w:pPr>
        <w:pStyle w:val="ListBullet"/>
      </w:pPr>
      <w:r>
        <w:t>Session 1 — Meet the Ball</w:t>
      </w:r>
    </w:p>
    <w:p>
      <w:pPr>
        <w:pStyle w:val="ListBullet"/>
      </w:pPr>
      <w:r>
        <w:t>Session 2 — Stop, Go + Turn</w:t>
      </w:r>
    </w:p>
    <w:p>
      <w:pPr>
        <w:pStyle w:val="ListBullet"/>
      </w:pPr>
      <w:r>
        <w:t>Session 3 — Dribble Through the Gates</w:t>
      </w:r>
    </w:p>
    <w:p>
      <w:pPr>
        <w:pStyle w:val="ListBullet"/>
      </w:pPr>
      <w:r>
        <w:t>Session 4 — Kick Toward the Goal</w:t>
      </w:r>
    </w:p>
    <w:p>
      <w:pPr>
        <w:pStyle w:val="ListBullet"/>
      </w:pPr>
      <w:r>
        <w:t>Session 5 — Protect Your Ball</w:t>
      </w:r>
    </w:p>
    <w:p>
      <w:pPr>
        <w:pStyle w:val="ListBullet"/>
      </w:pPr>
      <w:r>
        <w:t>Session 6 — Play With a Friend</w:t>
      </w:r>
    </w:p>
    <w:p>
      <w:pPr>
        <w:pStyle w:val="ListBullet"/>
      </w:pPr>
      <w:r>
        <w:t>Session 7 — Soccer Adventure</w:t>
      </w:r>
    </w:p>
    <w:p>
      <w:pPr>
        <w:pStyle w:val="ListBullet"/>
      </w:pPr>
      <w:r>
        <w:t>Session 8 — Soccer Party</w:t>
      </w:r>
    </w:p>
    <w:p>
      <w:pPr>
        <w:pStyle w:val="ListBullet"/>
      </w:pPr>
      <w:r>
        <w:t>🚨 I NEED A SESSION RIGHT NOW</w:t>
      </w:r>
    </w:p>
    <w:p>
      <w:pPr>
        <w:pStyle w:val="ListBullet"/>
      </w:pPr>
      <w:r>
        <w:t>⚽ LOOSE SCRIMMAGE GUIDE</w:t>
      </w:r>
    </w:p>
    <w:p>
      <w:pPr>
        <w:pStyle w:val="ListBullet"/>
      </w:pPr>
      <w:r>
        <w:t>🆘 MY GROUP IS...</w:t>
      </w:r>
    </w:p>
    <w:p>
      <w:pPr>
        <w:pStyle w:val="Heading1"/>
      </w:pPr>
      <w:r>
        <w:t>3. How to Run a U6 Session</w:t>
      </w:r>
    </w:p>
    <w:p>
      <w:pPr>
        <w:pStyle w:val="ListBullet"/>
      </w:pPr>
      <w:r>
        <w:t>Target length: about 45–50 minutes.</w:t>
      </w:r>
    </w:p>
    <w:p>
      <w:pPr>
        <w:pStyle w:val="ListBullet"/>
      </w:pPr>
      <w:r>
        <w:t>Plan 4–5 short activities; change before attention disappears.</w:t>
      </w:r>
    </w:p>
    <w:p>
      <w:pPr>
        <w:pStyle w:val="ListBullet"/>
      </w:pPr>
      <w:r>
        <w:t>Have extra balls around the area.</w:t>
      </w:r>
    </w:p>
    <w:p>
      <w:pPr>
        <w:pStyle w:val="ListBullet"/>
      </w:pPr>
      <w:r>
        <w:t>Whenever possible, every child has their own ball.</w:t>
      </w:r>
    </w:p>
    <w:p>
      <w:pPr>
        <w:pStyle w:val="ListBullet"/>
      </w:pPr>
      <w:r>
        <w:t>Use 20–30 second explanations, not lectures.</w:t>
      </w:r>
    </w:p>
    <w:p>
      <w:pPr>
        <w:pStyle w:val="ListBullet"/>
      </w:pPr>
      <w:r>
        <w:t>Don't eliminate children from games; give them an immediate way back in.</w:t>
      </w:r>
    </w:p>
    <w:p>
      <w:pPr>
        <w:pStyle w:val="ListBullet"/>
      </w:pPr>
      <w:r>
        <w:t>Scrimmages should be loose and messy. Help with direction, then let them play.</w:t>
      </w:r>
    </w:p>
    <w:p>
      <w:pPr>
        <w:pStyle w:val="Heading2"/>
      </w:pPr>
      <w:r>
        <w:t>Session 1 — Meet the Ball</w:t>
      </w:r>
    </w:p>
    <w:p>
      <w:r>
        <w:t>Goal: Let children explore moving a soccer ball with their feet and learn that soccer means lots of touches.</w:t>
      </w:r>
    </w:p>
    <w:p>
      <w:pPr>
        <w:pStyle w:val="Heading3"/>
      </w:pPr>
      <w:r>
        <w:t>1. Free Play With a Ball — 8 min</w:t>
      </w:r>
    </w:p>
    <w:p>
      <w:r>
        <w:rPr>
          <w:b/>
        </w:rPr>
        <w:t xml:space="preserve">SETUP: </w:t>
      </w:r>
      <w:r>
        <w:t>20×20 area; one ball per child.</w:t>
      </w:r>
    </w:p>
    <w:p>
      <w:r>
        <w:rPr>
          <w:b/>
        </w:rPr>
        <w:t xml:space="preserve">DO THIS: </w:t>
      </w:r>
      <w:r>
        <w:t>Dribble anywhere; add Stop, Go, Fast, Slow.</w:t>
      </w:r>
    </w:p>
    <w:p>
      <w:r>
        <w:rPr>
          <w:b/>
        </w:rPr>
        <w:t xml:space="preserve">SAY THIS: </w:t>
      </w:r>
      <w:r>
        <w:t>Can you keep your ball with you?</w:t>
      </w:r>
    </w:p>
    <w:p>
      <w:r>
        <w:rPr>
          <w:b/>
        </w:rPr>
        <w:t xml:space="preserve">LOOK FOR: </w:t>
      </w:r>
      <w:r>
        <w:t>Comfort touching and chasing ball.</w:t>
      </w:r>
    </w:p>
    <w:p>
      <w:pPr>
        <w:pStyle w:val="Heading3"/>
      </w:pPr>
      <w:r>
        <w:t>2. Red Light, Green Light — 8 min</w:t>
      </w:r>
    </w:p>
    <w:p>
      <w:r>
        <w:rPr>
          <w:b/>
        </w:rPr>
        <w:t xml:space="preserve">SETUP: </w:t>
      </w:r>
      <w:r>
        <w:t>Children on one side with balls.</w:t>
      </w:r>
    </w:p>
    <w:p>
      <w:r>
        <w:rPr>
          <w:b/>
        </w:rPr>
        <w:t xml:space="preserve">DO THIS: </w:t>
      </w:r>
      <w:r>
        <w:t>Green=go; Red=stop; Yellow=slow.</w:t>
      </w:r>
    </w:p>
    <w:p>
      <w:r>
        <w:rPr>
          <w:b/>
        </w:rPr>
        <w:t xml:space="preserve">SAY THIS: </w:t>
      </w:r>
      <w:r>
        <w:t>Stop your ball too!</w:t>
      </w:r>
    </w:p>
    <w:p>
      <w:r>
        <w:rPr>
          <w:b/>
        </w:rPr>
        <w:t xml:space="preserve">LOOK FOR: </w:t>
      </w:r>
      <w:r>
        <w:t>Basic control.</w:t>
      </w:r>
    </w:p>
    <w:p>
      <w:pPr>
        <w:pStyle w:val="Heading3"/>
      </w:pPr>
      <w:r>
        <w:t>3. Treasure Hunt — 8 min</w:t>
      </w:r>
    </w:p>
    <w:p>
      <w:r>
        <w:rPr>
          <w:b/>
        </w:rPr>
        <w:t xml:space="preserve">SETUP: </w:t>
      </w:r>
      <w:r>
        <w:t>Scatter cones as treasure.</w:t>
      </w:r>
    </w:p>
    <w:p>
      <w:r>
        <w:rPr>
          <w:b/>
        </w:rPr>
        <w:t xml:space="preserve">DO THIS: </w:t>
      </w:r>
      <w:r>
        <w:t>Dribble to different treasures and find another.</w:t>
      </w:r>
    </w:p>
    <w:p>
      <w:r>
        <w:rPr>
          <w:b/>
        </w:rPr>
        <w:t xml:space="preserve">SAY THIS: </w:t>
      </w:r>
      <w:r>
        <w:t>Find a new treasure!</w:t>
      </w:r>
    </w:p>
    <w:p>
      <w:r>
        <w:rPr>
          <w:b/>
        </w:rPr>
        <w:t xml:space="preserve">LOOK FOR: </w:t>
      </w:r>
      <w:r>
        <w:t>Looking around and changing direction.</w:t>
      </w:r>
    </w:p>
    <w:p>
      <w:pPr>
        <w:pStyle w:val="Heading3"/>
      </w:pPr>
      <w:r>
        <w:t>4. Score Anywhere — 8 min</w:t>
      </w:r>
    </w:p>
    <w:p>
      <w:r>
        <w:rPr>
          <w:b/>
        </w:rPr>
        <w:t xml:space="preserve">SETUP: </w:t>
      </w:r>
      <w:r>
        <w:t>Several cone goals.</w:t>
      </w:r>
    </w:p>
    <w:p>
      <w:r>
        <w:rPr>
          <w:b/>
        </w:rPr>
        <w:t xml:space="preserve">DO THIS: </w:t>
      </w:r>
      <w:r>
        <w:t>Dribble or kick through any goal, retrieve ball, find another.</w:t>
      </w:r>
    </w:p>
    <w:p>
      <w:r>
        <w:rPr>
          <w:b/>
        </w:rPr>
        <w:t xml:space="preserve">SAY THIS: </w:t>
      </w:r>
      <w:r>
        <w:t>Find a goal!</w:t>
      </w:r>
    </w:p>
    <w:p>
      <w:r>
        <w:rPr>
          <w:b/>
        </w:rPr>
        <w:t xml:space="preserve">LOOK FOR: </w:t>
      </w:r>
      <w:r>
        <w:t>Positive experience scoring.</w:t>
      </w:r>
    </w:p>
    <w:p>
      <w:pPr>
        <w:pStyle w:val="Heading3"/>
      </w:pPr>
      <w:r>
        <w:t>5. Loose Soccer — 13 min</w:t>
      </w:r>
    </w:p>
    <w:p>
      <w:r>
        <w:rPr>
          <w:b/>
        </w:rPr>
        <w:t xml:space="preserve">SETUP: </w:t>
      </w:r>
      <w:r>
        <w:t>2v2/3v3 mini-fields.</w:t>
      </w:r>
    </w:p>
    <w:p>
      <w:r>
        <w:rPr>
          <w:b/>
        </w:rPr>
        <w:t xml:space="preserve">DO THIS: </w:t>
      </w:r>
      <w:r>
        <w:t>Put a ball in and let them play.</w:t>
      </w:r>
    </w:p>
    <w:p>
      <w:r>
        <w:rPr>
          <w:b/>
        </w:rPr>
        <w:t xml:space="preserve">SAY THIS: </w:t>
      </w:r>
      <w:r>
        <w:t>Which way are we going?</w:t>
      </w:r>
    </w:p>
    <w:p>
      <w:r>
        <w:rPr>
          <w:b/>
        </w:rPr>
        <w:t xml:space="preserve">LOOK FOR: </w:t>
      </w:r>
      <w:r>
        <w:t>Fun and beginning game awareness.</w:t>
      </w:r>
    </w:p>
    <w:p>
      <w:pPr>
        <w:pStyle w:val="Heading2"/>
      </w:pPr>
      <w:r>
        <w:t>Session 2 — Stop, Go + Turn</w:t>
      </w:r>
    </w:p>
    <w:p>
      <w:r>
        <w:t>Goal: Learn to stop the ball, change direction, and start again.</w:t>
      </w:r>
    </w:p>
    <w:p>
      <w:pPr>
        <w:pStyle w:val="Heading3"/>
      </w:pPr>
      <w:r>
        <w:t>1. Traffic — 8 min</w:t>
      </w:r>
    </w:p>
    <w:p>
      <w:r>
        <w:rPr>
          <w:b/>
        </w:rPr>
        <w:t xml:space="preserve">SETUP: </w:t>
      </w:r>
      <w:r>
        <w:t>Every child with ball.</w:t>
      </w:r>
    </w:p>
    <w:p>
      <w:r>
        <w:rPr>
          <w:b/>
        </w:rPr>
        <w:t xml:space="preserve">DO THIS: </w:t>
      </w:r>
      <w:r>
        <w:t>Call Go, Stop, Slow, Fast, Turn, Park.</w:t>
      </w:r>
    </w:p>
    <w:p>
      <w:r>
        <w:rPr>
          <w:b/>
        </w:rPr>
        <w:t xml:space="preserve">SAY THIS: </w:t>
      </w:r>
      <w:r>
        <w:t>Can you stop your car?</w:t>
      </w:r>
    </w:p>
    <w:p>
      <w:r>
        <w:rPr>
          <w:b/>
        </w:rPr>
        <w:t xml:space="preserve">LOOK FOR: </w:t>
      </w:r>
      <w:r>
        <w:t>Control and listening.</w:t>
      </w:r>
    </w:p>
    <w:p>
      <w:pPr>
        <w:pStyle w:val="Heading3"/>
      </w:pPr>
      <w:r>
        <w:t>2. Find an Island — 8 min</w:t>
      </w:r>
    </w:p>
    <w:p>
      <w:r>
        <w:rPr>
          <w:b/>
        </w:rPr>
        <w:t xml:space="preserve">SETUP: </w:t>
      </w:r>
      <w:r>
        <w:t>Scatter cone gates/islands.</w:t>
      </w:r>
    </w:p>
    <w:p>
      <w:r>
        <w:rPr>
          <w:b/>
        </w:rPr>
        <w:t xml:space="preserve">DO THIS: </w:t>
      </w:r>
      <w:r>
        <w:t>Dribble; call Find an Island; enter an open gate and leave.</w:t>
      </w:r>
    </w:p>
    <w:p>
      <w:r>
        <w:rPr>
          <w:b/>
        </w:rPr>
        <w:t xml:space="preserve">SAY THIS: </w:t>
      </w:r>
      <w:r>
        <w:t>Find an empty island!</w:t>
      </w:r>
    </w:p>
    <w:p>
      <w:r>
        <w:rPr>
          <w:b/>
        </w:rPr>
        <w:t xml:space="preserve">LOOK FOR: </w:t>
      </w:r>
      <w:r>
        <w:t>Looking up and avoiding crowds.</w:t>
      </w:r>
    </w:p>
    <w:p>
      <w:pPr>
        <w:pStyle w:val="Heading3"/>
      </w:pPr>
      <w:r>
        <w:t>3. Turn Away From the Monster — 8 min</w:t>
      </w:r>
    </w:p>
    <w:p>
      <w:r>
        <w:rPr>
          <w:b/>
        </w:rPr>
        <w:t xml:space="preserve">SETUP: </w:t>
      </w:r>
      <w:r>
        <w:t>Coach walks as friendly monster.</w:t>
      </w:r>
    </w:p>
    <w:p>
      <w:r>
        <w:rPr>
          <w:b/>
        </w:rPr>
        <w:t xml:space="preserve">DO THIS: </w:t>
      </w:r>
      <w:r>
        <w:t>If monster approaches, turn away and escape.</w:t>
      </w:r>
    </w:p>
    <w:p>
      <w:r>
        <w:rPr>
          <w:b/>
        </w:rPr>
        <w:t xml:space="preserve">SAY THIS: </w:t>
      </w:r>
      <w:r>
        <w:t>Turn and get away!</w:t>
      </w:r>
    </w:p>
    <w:p>
      <w:r>
        <w:rPr>
          <w:b/>
        </w:rPr>
        <w:t xml:space="preserve">LOOK FOR: </w:t>
      </w:r>
      <w:r>
        <w:t>Natural direction changes.</w:t>
      </w:r>
    </w:p>
    <w:p>
      <w:pPr>
        <w:pStyle w:val="Heading3"/>
      </w:pPr>
      <w:r>
        <w:t>4. Kick the Castle — 8 min</w:t>
      </w:r>
    </w:p>
    <w:p>
      <w:r>
        <w:rPr>
          <w:b/>
        </w:rPr>
        <w:t xml:space="preserve">SETUP: </w:t>
      </w:r>
      <w:r>
        <w:t>Cones as castles.</w:t>
      </w:r>
    </w:p>
    <w:p>
      <w:r>
        <w:rPr>
          <w:b/>
        </w:rPr>
        <w:t xml:space="preserve">DO THIS: </w:t>
      </w:r>
      <w:r>
        <w:t>Kick balls to knock down cones.</w:t>
      </w:r>
    </w:p>
    <w:p>
      <w:r>
        <w:rPr>
          <w:b/>
        </w:rPr>
        <w:t xml:space="preserve">SAY THIS: </w:t>
      </w:r>
      <w:r>
        <w:t>Can you knock it down?</w:t>
      </w:r>
    </w:p>
    <w:p>
      <w:r>
        <w:rPr>
          <w:b/>
        </w:rPr>
        <w:t xml:space="preserve">LOOK FOR: </w:t>
      </w:r>
      <w:r>
        <w:t>Kicking toward a target.</w:t>
      </w:r>
    </w:p>
    <w:p>
      <w:pPr>
        <w:pStyle w:val="Heading3"/>
      </w:pPr>
      <w:r>
        <w:t>5. Loose Soccer — 13 min</w:t>
      </w:r>
    </w:p>
    <w:p>
      <w:r>
        <w:rPr>
          <w:b/>
        </w:rPr>
        <w:t xml:space="preserve">SETUP: </w:t>
      </w:r>
      <w:r>
        <w:t>2v2/3v3.</w:t>
      </w:r>
    </w:p>
    <w:p>
      <w:r>
        <w:rPr>
          <w:b/>
        </w:rPr>
        <w:t xml:space="preserve">DO THIS: </w:t>
      </w:r>
      <w:r>
        <w:t>Free play.</w:t>
      </w:r>
    </w:p>
    <w:p>
      <w:r>
        <w:rPr>
          <w:b/>
        </w:rPr>
        <w:t xml:space="preserve">SAY THIS: </w:t>
      </w:r>
      <w:r>
        <w:t>Find the goal.</w:t>
      </w:r>
    </w:p>
    <w:p>
      <w:r>
        <w:rPr>
          <w:b/>
        </w:rPr>
        <w:t xml:space="preserve">LOOK FOR: </w:t>
      </w:r>
      <w:r>
        <w:t>Enjoyment and movement.</w:t>
      </w:r>
    </w:p>
    <w:p>
      <w:pPr>
        <w:pStyle w:val="Heading2"/>
      </w:pPr>
      <w:r>
        <w:t>Session 3 — Dribble Through the Gates</w:t>
      </w:r>
    </w:p>
    <w:p>
      <w:r>
        <w:t>Goal: Move the ball through spaces under control.</w:t>
      </w:r>
    </w:p>
    <w:p>
      <w:pPr>
        <w:pStyle w:val="Heading3"/>
      </w:pPr>
      <w:r>
        <w:t>1. Gate Explorer — 8 min</w:t>
      </w:r>
    </w:p>
    <w:p>
      <w:r>
        <w:rPr>
          <w:b/>
        </w:rPr>
        <w:t xml:space="preserve">SETUP: </w:t>
      </w:r>
      <w:r>
        <w:t>Many cone gates; every child has ball.</w:t>
      </w:r>
    </w:p>
    <w:p>
      <w:r>
        <w:rPr>
          <w:b/>
        </w:rPr>
        <w:t xml:space="preserve">DO THIS: </w:t>
      </w:r>
      <w:r>
        <w:t>Dribble through as many gates as possible.</w:t>
      </w:r>
    </w:p>
    <w:p>
      <w:r>
        <w:rPr>
          <w:b/>
        </w:rPr>
        <w:t xml:space="preserve">SAY THIS: </w:t>
      </w:r>
      <w:r>
        <w:t>Find another gate.</w:t>
      </w:r>
    </w:p>
    <w:p>
      <w:r>
        <w:rPr>
          <w:b/>
        </w:rPr>
        <w:t xml:space="preserve">LOOK FOR: </w:t>
      </w:r>
      <w:r>
        <w:t>Control and awareness.</w:t>
      </w:r>
    </w:p>
    <w:p>
      <w:pPr>
        <w:pStyle w:val="Heading3"/>
      </w:pPr>
      <w:r>
        <w:t>2. Color Gates — 8 min</w:t>
      </w:r>
    </w:p>
    <w:p>
      <w:r>
        <w:rPr>
          <w:b/>
        </w:rPr>
        <w:t xml:space="preserve">SETUP: </w:t>
      </w:r>
      <w:r>
        <w:t>Different colored gates if available.</w:t>
      </w:r>
    </w:p>
    <w:p>
      <w:r>
        <w:rPr>
          <w:b/>
        </w:rPr>
        <w:t xml:space="preserve">DO THIS: </w:t>
      </w:r>
      <w:r>
        <w:t>Coach calls a color; children find that gate.</w:t>
      </w:r>
    </w:p>
    <w:p>
      <w:r>
        <w:rPr>
          <w:b/>
        </w:rPr>
        <w:t xml:space="preserve">SAY THIS: </w:t>
      </w:r>
      <w:r>
        <w:t>Where's the blue gate?</w:t>
      </w:r>
    </w:p>
    <w:p>
      <w:r>
        <w:rPr>
          <w:b/>
        </w:rPr>
        <w:t xml:space="preserve">LOOK FOR: </w:t>
      </w:r>
      <w:r>
        <w:t>Looking up while dribbling.</w:t>
      </w:r>
    </w:p>
    <w:p>
      <w:pPr>
        <w:pStyle w:val="Heading3"/>
      </w:pPr>
      <w:r>
        <w:t>3. Follow the Road — 8 min</w:t>
      </w:r>
    </w:p>
    <w:p>
      <w:r>
        <w:rPr>
          <w:b/>
        </w:rPr>
        <w:t xml:space="preserve">SETUP: </w:t>
      </w:r>
      <w:r>
        <w:t>Simple cone roads/curves.</w:t>
      </w:r>
    </w:p>
    <w:p>
      <w:r>
        <w:rPr>
          <w:b/>
        </w:rPr>
        <w:t xml:space="preserve">DO THIS: </w:t>
      </w:r>
      <w:r>
        <w:t>Dribble along roads.</w:t>
      </w:r>
    </w:p>
    <w:p>
      <w:r>
        <w:rPr>
          <w:b/>
        </w:rPr>
        <w:t xml:space="preserve">SAY THIS: </w:t>
      </w:r>
      <w:r>
        <w:t>Keep your ball on the road.</w:t>
      </w:r>
    </w:p>
    <w:p>
      <w:r>
        <w:rPr>
          <w:b/>
        </w:rPr>
        <w:t xml:space="preserve">LOOK FOR: </w:t>
      </w:r>
      <w:r>
        <w:t>Directional control.</w:t>
      </w:r>
    </w:p>
    <w:p>
      <w:pPr>
        <w:pStyle w:val="Heading3"/>
      </w:pPr>
      <w:r>
        <w:t>4. Race Yourself — 8 min</w:t>
      </w:r>
    </w:p>
    <w:p>
      <w:r>
        <w:rPr>
          <w:b/>
        </w:rPr>
        <w:t xml:space="preserve">SETUP: </w:t>
      </w:r>
      <w:r>
        <w:t>Same gate field.</w:t>
      </w:r>
    </w:p>
    <w:p>
      <w:r>
        <w:rPr>
          <w:b/>
        </w:rPr>
        <w:t xml:space="preserve">DO THIS: </w:t>
      </w:r>
      <w:r>
        <w:t>Count gates in 30 seconds; try to beat own number.</w:t>
      </w:r>
    </w:p>
    <w:p>
      <w:r>
        <w:rPr>
          <w:b/>
        </w:rPr>
        <w:t xml:space="preserve">SAY THIS: </w:t>
      </w:r>
      <w:r>
        <w:t>Beat YOUR score.</w:t>
      </w:r>
    </w:p>
    <w:p>
      <w:r>
        <w:rPr>
          <w:b/>
        </w:rPr>
        <w:t xml:space="preserve">LOOK FOR: </w:t>
      </w:r>
      <w:r>
        <w:t>Self-challenge.</w:t>
      </w:r>
    </w:p>
    <w:p>
      <w:pPr>
        <w:pStyle w:val="Heading3"/>
      </w:pPr>
      <w:r>
        <w:t>5. Loose Soccer — 13 min</w:t>
      </w:r>
    </w:p>
    <w:p>
      <w:r>
        <w:rPr>
          <w:b/>
        </w:rPr>
        <w:t xml:space="preserve">SETUP: </w:t>
      </w:r>
      <w:r>
        <w:t>Small teams/fields.</w:t>
      </w:r>
    </w:p>
    <w:p>
      <w:r>
        <w:rPr>
          <w:b/>
        </w:rPr>
        <w:t xml:space="preserve">DO THIS: </w:t>
      </w:r>
      <w:r>
        <w:t>Play.</w:t>
      </w:r>
    </w:p>
    <w:p>
      <w:r>
        <w:rPr>
          <w:b/>
        </w:rPr>
        <w:t xml:space="preserve">SAY THIS: </w:t>
      </w:r>
      <w:r>
        <w:t>Go find space.</w:t>
      </w:r>
    </w:p>
    <w:p>
      <w:r>
        <w:rPr>
          <w:b/>
        </w:rPr>
        <w:t xml:space="preserve">LOOK FOR: </w:t>
      </w:r>
      <w:r>
        <w:t>Beginning game play.</w:t>
      </w:r>
    </w:p>
    <w:p>
      <w:pPr>
        <w:pStyle w:val="Heading2"/>
      </w:pPr>
      <w:r>
        <w:t>Session 4 — Kick Toward the Goal</w:t>
      </w:r>
    </w:p>
    <w:p>
      <w:r>
        <w:t>Goal: Introduce purposeful kicking/shooting without shooting lines.</w:t>
      </w:r>
    </w:p>
    <w:p>
      <w:pPr>
        <w:pStyle w:val="Heading3"/>
      </w:pPr>
      <w:r>
        <w:t>1. Find a Goal — 8 min</w:t>
      </w:r>
    </w:p>
    <w:p>
      <w:r>
        <w:rPr>
          <w:b/>
        </w:rPr>
        <w:t xml:space="preserve">SETUP: </w:t>
      </w:r>
      <w:r>
        <w:t>6–8 small goals; one ball per child.</w:t>
      </w:r>
    </w:p>
    <w:p>
      <w:r>
        <w:rPr>
          <w:b/>
        </w:rPr>
        <w:t xml:space="preserve">DO THIS: </w:t>
      </w:r>
      <w:r>
        <w:t>Dribble and score in different goals.</w:t>
      </w:r>
    </w:p>
    <w:p>
      <w:r>
        <w:rPr>
          <w:b/>
        </w:rPr>
        <w:t xml:space="preserve">SAY THIS: </w:t>
      </w:r>
      <w:r>
        <w:t>Find another goal!</w:t>
      </w:r>
    </w:p>
    <w:p>
      <w:r>
        <w:rPr>
          <w:b/>
        </w:rPr>
        <w:t xml:space="preserve">LOOK FOR: </w:t>
      </w:r>
      <w:r>
        <w:t>Head up and purposeful kick.</w:t>
      </w:r>
    </w:p>
    <w:p>
      <w:pPr>
        <w:pStyle w:val="Heading3"/>
      </w:pPr>
      <w:r>
        <w:t>2. Knock Down the Castle — 8 min</w:t>
      </w:r>
    </w:p>
    <w:p>
      <w:r>
        <w:rPr>
          <w:b/>
        </w:rPr>
        <w:t xml:space="preserve">SETUP: </w:t>
      </w:r>
      <w:r>
        <w:t>Cone castles around area.</w:t>
      </w:r>
    </w:p>
    <w:p>
      <w:r>
        <w:rPr>
          <w:b/>
        </w:rPr>
        <w:t xml:space="preserve">DO THIS: </w:t>
      </w:r>
      <w:r>
        <w:t>Kick to knock them down; multiple targets.</w:t>
      </w:r>
    </w:p>
    <w:p>
      <w:r>
        <w:rPr>
          <w:b/>
        </w:rPr>
        <w:t xml:space="preserve">SAY THIS: </w:t>
      </w:r>
      <w:r>
        <w:t>Aim for the castle.</w:t>
      </w:r>
    </w:p>
    <w:p>
      <w:r>
        <w:rPr>
          <w:b/>
        </w:rPr>
        <w:t xml:space="preserve">LOOK FOR: </w:t>
      </w:r>
      <w:r>
        <w:t>Targeting.</w:t>
      </w:r>
    </w:p>
    <w:p>
      <w:pPr>
        <w:pStyle w:val="Heading3"/>
      </w:pPr>
      <w:r>
        <w:t>3. Dribble Then Shoot — 8 min</w:t>
      </w:r>
    </w:p>
    <w:p>
      <w:r>
        <w:rPr>
          <w:b/>
        </w:rPr>
        <w:t xml:space="preserve">SETUP: </w:t>
      </w:r>
      <w:r>
        <w:t>Several mini-goals.</w:t>
      </w:r>
    </w:p>
    <w:p>
      <w:r>
        <w:rPr>
          <w:b/>
        </w:rPr>
        <w:t xml:space="preserve">DO THIS: </w:t>
      </w:r>
      <w:r>
        <w:t>Dribble toward any goal and shoot when ready.</w:t>
      </w:r>
    </w:p>
    <w:p>
      <w:r>
        <w:rPr>
          <w:b/>
        </w:rPr>
        <w:t xml:space="preserve">SAY THIS: </w:t>
      </w:r>
      <w:r>
        <w:t>Get close, then kick it in.</w:t>
      </w:r>
    </w:p>
    <w:p>
      <w:r>
        <w:rPr>
          <w:b/>
        </w:rPr>
        <w:t xml:space="preserve">LOOK FOR: </w:t>
      </w:r>
      <w:r>
        <w:t>Control before shot.</w:t>
      </w:r>
    </w:p>
    <w:p>
      <w:pPr>
        <w:pStyle w:val="Heading3"/>
      </w:pPr>
      <w:r>
        <w:t>4. Goalie Monster — 8 min</w:t>
      </w:r>
    </w:p>
    <w:p>
      <w:r>
        <w:rPr>
          <w:b/>
        </w:rPr>
        <w:t xml:space="preserve">SETUP: </w:t>
      </w:r>
      <w:r>
        <w:t>Coach loosely guards goals.</w:t>
      </w:r>
    </w:p>
    <w:p>
      <w:r>
        <w:rPr>
          <w:b/>
        </w:rPr>
        <w:t xml:space="preserve">DO THIS: </w:t>
      </w:r>
      <w:r>
        <w:t>Children try to score around playful pressure.</w:t>
      </w:r>
    </w:p>
    <w:p>
      <w:r>
        <w:rPr>
          <w:b/>
        </w:rPr>
        <w:t xml:space="preserve">SAY THIS: </w:t>
      </w:r>
      <w:r>
        <w:t>Can you score before I get there?</w:t>
      </w:r>
    </w:p>
    <w:p>
      <w:r>
        <w:rPr>
          <w:b/>
        </w:rPr>
        <w:t xml:space="preserve">LOOK FOR: </w:t>
      </w:r>
      <w:r>
        <w:t>Confidence.</w:t>
      </w:r>
    </w:p>
    <w:p>
      <w:pPr>
        <w:pStyle w:val="Heading3"/>
      </w:pPr>
      <w:r>
        <w:t>5. Loose Soccer — 13 min</w:t>
      </w:r>
    </w:p>
    <w:p>
      <w:r>
        <w:rPr>
          <w:b/>
        </w:rPr>
        <w:t xml:space="preserve">SETUP: </w:t>
      </w:r>
      <w:r>
        <w:t>2v2/3v3.</w:t>
      </w:r>
    </w:p>
    <w:p>
      <w:r>
        <w:rPr>
          <w:b/>
        </w:rPr>
        <w:t xml:space="preserve">DO THIS: </w:t>
      </w:r>
      <w:r>
        <w:t>Free play.</w:t>
      </w:r>
    </w:p>
    <w:p>
      <w:r>
        <w:rPr>
          <w:b/>
        </w:rPr>
        <w:t xml:space="preserve">SAY THIS: </w:t>
      </w:r>
      <w:r>
        <w:t>Which goal are we trying to score in?</w:t>
      </w:r>
    </w:p>
    <w:p>
      <w:r>
        <w:rPr>
          <w:b/>
        </w:rPr>
        <w:t xml:space="preserve">LOOK FOR: </w:t>
      </w:r>
      <w:r>
        <w:t>Direction and scoring.</w:t>
      </w:r>
    </w:p>
    <w:p>
      <w:pPr>
        <w:pStyle w:val="Heading2"/>
      </w:pPr>
      <w:r>
        <w:t>Session 5 — Protect Your Ball</w:t>
      </w:r>
    </w:p>
    <w:p>
      <w:r>
        <w:t>Goal: Become comfortable keeping the ball when other children are nearby.</w:t>
      </w:r>
    </w:p>
    <w:p>
      <w:pPr>
        <w:pStyle w:val="Heading3"/>
      </w:pPr>
      <w:r>
        <w:t>1. Bubble Dribbling — 8 min</w:t>
      </w:r>
    </w:p>
    <w:p>
      <w:r>
        <w:rPr>
          <w:b/>
        </w:rPr>
        <w:t xml:space="preserve">SETUP: </w:t>
      </w:r>
      <w:r>
        <w:t>Every child with ball.</w:t>
      </w:r>
    </w:p>
    <w:p>
      <w:r>
        <w:rPr>
          <w:b/>
        </w:rPr>
        <w:t xml:space="preserve">DO THIS: </w:t>
      </w:r>
      <w:r>
        <w:t>Keep ball in personal 'bubble' and avoid bumping others.</w:t>
      </w:r>
    </w:p>
    <w:p>
      <w:r>
        <w:rPr>
          <w:b/>
        </w:rPr>
        <w:t xml:space="preserve">SAY THIS: </w:t>
      </w:r>
      <w:r>
        <w:t>Keep your ball in your bubble.</w:t>
      </w:r>
    </w:p>
    <w:p>
      <w:r>
        <w:rPr>
          <w:b/>
        </w:rPr>
        <w:t xml:space="preserve">LOOK FOR: </w:t>
      </w:r>
      <w:r>
        <w:t>Close control.</w:t>
      </w:r>
    </w:p>
    <w:p>
      <w:pPr>
        <w:pStyle w:val="Heading3"/>
      </w:pPr>
      <w:r>
        <w:t>2. Sharks &amp; Minnows — Gentle — 8 min</w:t>
      </w:r>
    </w:p>
    <w:p>
      <w:r>
        <w:rPr>
          <w:b/>
        </w:rPr>
        <w:t xml:space="preserve">SETUP: </w:t>
      </w:r>
      <w:r>
        <w:t>One coach/shark.</w:t>
      </w:r>
    </w:p>
    <w:p>
      <w:r>
        <w:rPr>
          <w:b/>
        </w:rPr>
        <w:t xml:space="preserve">DO THIS: </w:t>
      </w:r>
      <w:r>
        <w:t>Shark lightly touches balls; touched child turns and immediately rejoins.</w:t>
      </w:r>
    </w:p>
    <w:p>
      <w:r>
        <w:rPr>
          <w:b/>
        </w:rPr>
        <w:t xml:space="preserve">SAY THIS: </w:t>
      </w:r>
      <w:r>
        <w:t>Save your ball!</w:t>
      </w:r>
    </w:p>
    <w:p>
      <w:r>
        <w:rPr>
          <w:b/>
        </w:rPr>
        <w:t xml:space="preserve">LOOK FOR: </w:t>
      </w:r>
      <w:r>
        <w:t>Protecting and turning.</w:t>
      </w:r>
    </w:p>
    <w:p>
      <w:pPr>
        <w:pStyle w:val="Heading3"/>
      </w:pPr>
      <w:r>
        <w:t>3. Ball Shield Statue — 8 min</w:t>
      </w:r>
    </w:p>
    <w:p>
      <w:r>
        <w:rPr>
          <w:b/>
        </w:rPr>
        <w:t xml:space="preserve">SETUP: </w:t>
      </w:r>
      <w:r>
        <w:t>Pairs or coach/player.</w:t>
      </w:r>
    </w:p>
    <w:p>
      <w:r>
        <w:rPr>
          <w:b/>
        </w:rPr>
        <w:t xml:space="preserve">DO THIS: </w:t>
      </w:r>
      <w:r>
        <w:t>Child puts body between ball and gentle defender for 3 seconds, then escapes.</w:t>
      </w:r>
    </w:p>
    <w:p>
      <w:r>
        <w:rPr>
          <w:b/>
        </w:rPr>
        <w:t xml:space="preserve">SAY THIS: </w:t>
      </w:r>
      <w:r>
        <w:t>Hide the ball behind you.</w:t>
      </w:r>
    </w:p>
    <w:p>
      <w:r>
        <w:rPr>
          <w:b/>
        </w:rPr>
        <w:t xml:space="preserve">LOOK FOR: </w:t>
      </w:r>
      <w:r>
        <w:t>Beginning shielding.</w:t>
      </w:r>
    </w:p>
    <w:p>
      <w:pPr>
        <w:pStyle w:val="Heading3"/>
      </w:pPr>
      <w:r>
        <w:t>4. Escape Through a Gate — 8 min</w:t>
      </w:r>
    </w:p>
    <w:p>
      <w:r>
        <w:rPr>
          <w:b/>
        </w:rPr>
        <w:t xml:space="preserve">SETUP: </w:t>
      </w:r>
      <w:r>
        <w:t>Several gates.</w:t>
      </w:r>
    </w:p>
    <w:p>
      <w:r>
        <w:rPr>
          <w:b/>
        </w:rPr>
        <w:t xml:space="preserve">DO THIS: </w:t>
      </w:r>
      <w:r>
        <w:t>Dribble away from gentle pressure through any gate.</w:t>
      </w:r>
    </w:p>
    <w:p>
      <w:r>
        <w:rPr>
          <w:b/>
        </w:rPr>
        <w:t xml:space="preserve">SAY THIS: </w:t>
      </w:r>
      <w:r>
        <w:t>Find a way out.</w:t>
      </w:r>
    </w:p>
    <w:p>
      <w:r>
        <w:rPr>
          <w:b/>
        </w:rPr>
        <w:t xml:space="preserve">LOOK FOR: </w:t>
      </w:r>
      <w:r>
        <w:t>Turning and escaping.</w:t>
      </w:r>
    </w:p>
    <w:p>
      <w:pPr>
        <w:pStyle w:val="Heading3"/>
      </w:pPr>
      <w:r>
        <w:t>5. Loose Soccer — 13 min</w:t>
      </w:r>
    </w:p>
    <w:p>
      <w:r>
        <w:rPr>
          <w:b/>
        </w:rPr>
        <w:t xml:space="preserve">SETUP: </w:t>
      </w:r>
      <w:r>
        <w:t>2v2/3v3.</w:t>
      </w:r>
    </w:p>
    <w:p>
      <w:r>
        <w:rPr>
          <w:b/>
        </w:rPr>
        <w:t xml:space="preserve">DO THIS: </w:t>
      </w:r>
      <w:r>
        <w:t>Play.</w:t>
      </w:r>
    </w:p>
    <w:p>
      <w:r>
        <w:rPr>
          <w:b/>
        </w:rPr>
        <w:t xml:space="preserve">SAY THIS: </w:t>
      </w:r>
      <w:r>
        <w:t>Keep trying when someone takes it.</w:t>
      </w:r>
    </w:p>
    <w:p>
      <w:r>
        <w:rPr>
          <w:b/>
        </w:rPr>
        <w:t xml:space="preserve">LOOK FOR: </w:t>
      </w:r>
      <w:r>
        <w:t>Confidence around opponents.</w:t>
      </w:r>
    </w:p>
    <w:p>
      <w:pPr>
        <w:pStyle w:val="Heading2"/>
      </w:pPr>
      <w:r>
        <w:t>Session 6 — Play With a Friend</w:t>
      </w:r>
    </w:p>
    <w:p>
      <w:r>
        <w:t>Goal: Introduce the idea that teammates can help, without forcing passing.</w:t>
      </w:r>
    </w:p>
    <w:p>
      <w:pPr>
        <w:pStyle w:val="Heading3"/>
      </w:pPr>
      <w:r>
        <w:t>1. Partner Adventure — 8 min</w:t>
      </w:r>
    </w:p>
    <w:p>
      <w:r>
        <w:rPr>
          <w:b/>
        </w:rPr>
        <w:t xml:space="preserve">SETUP: </w:t>
      </w:r>
      <w:r>
        <w:t>Pairs; one ball; gates.</w:t>
      </w:r>
    </w:p>
    <w:p>
      <w:r>
        <w:rPr>
          <w:b/>
        </w:rPr>
        <w:t xml:space="preserve">DO THIS: </w:t>
      </w:r>
      <w:r>
        <w:t>Move together, passing/rolling through gates.</w:t>
      </w:r>
    </w:p>
    <w:p>
      <w:r>
        <w:rPr>
          <w:b/>
        </w:rPr>
        <w:t xml:space="preserve">SAY THIS: </w:t>
      </w:r>
      <w:r>
        <w:t>Can you send it to your friend?</w:t>
      </w:r>
    </w:p>
    <w:p>
      <w:r>
        <w:rPr>
          <w:b/>
        </w:rPr>
        <w:t xml:space="preserve">LOOK FOR: </w:t>
      </w:r>
      <w:r>
        <w:t>Gentle passing.</w:t>
      </w:r>
    </w:p>
    <w:p>
      <w:pPr>
        <w:pStyle w:val="Heading3"/>
      </w:pPr>
      <w:r>
        <w:t>2. Follow My Friend — 8 min</w:t>
      </w:r>
    </w:p>
    <w:p>
      <w:r>
        <w:rPr>
          <w:b/>
        </w:rPr>
        <w:t xml:space="preserve">SETUP: </w:t>
      </w:r>
      <w:r>
        <w:t>Pairs, each with ball.</w:t>
      </w:r>
    </w:p>
    <w:p>
      <w:r>
        <w:rPr>
          <w:b/>
        </w:rPr>
        <w:t xml:space="preserve">DO THIS: </w:t>
      </w:r>
      <w:r>
        <w:t>One leads while dribbling; partner follows; switch.</w:t>
      </w:r>
    </w:p>
    <w:p>
      <w:r>
        <w:rPr>
          <w:b/>
        </w:rPr>
        <w:t xml:space="preserve">SAY THIS: </w:t>
      </w:r>
      <w:r>
        <w:t>Stay with your friend.</w:t>
      </w:r>
    </w:p>
    <w:p>
      <w:r>
        <w:rPr>
          <w:b/>
        </w:rPr>
        <w:t xml:space="preserve">LOOK FOR: </w:t>
      </w:r>
      <w:r>
        <w:t>Awareness of teammate.</w:t>
      </w:r>
    </w:p>
    <w:p>
      <w:pPr>
        <w:pStyle w:val="Heading3"/>
      </w:pPr>
      <w:r>
        <w:t>3. Pass Through the Door — 8 min</w:t>
      </w:r>
    </w:p>
    <w:p>
      <w:r>
        <w:rPr>
          <w:b/>
        </w:rPr>
        <w:t xml:space="preserve">SETUP: </w:t>
      </w:r>
      <w:r>
        <w:t>Pairs and gates.</w:t>
      </w:r>
    </w:p>
    <w:p>
      <w:r>
        <w:rPr>
          <w:b/>
        </w:rPr>
        <w:t xml:space="preserve">DO THIS: </w:t>
      </w:r>
      <w:r>
        <w:t>Pass through a gate to partner; move to another.</w:t>
      </w:r>
    </w:p>
    <w:p>
      <w:r>
        <w:rPr>
          <w:b/>
        </w:rPr>
        <w:t xml:space="preserve">SAY THIS: </w:t>
      </w:r>
      <w:r>
        <w:t>Send it through the door.</w:t>
      </w:r>
    </w:p>
    <w:p>
      <w:r>
        <w:rPr>
          <w:b/>
        </w:rPr>
        <w:t xml:space="preserve">LOOK FOR: </w:t>
      </w:r>
      <w:r>
        <w:t>Direction and sharing ball.</w:t>
      </w:r>
    </w:p>
    <w:p>
      <w:pPr>
        <w:pStyle w:val="Heading3"/>
      </w:pPr>
      <w:r>
        <w:t>4. 2v1 With Coach — 8 min</w:t>
      </w:r>
    </w:p>
    <w:p>
      <w:r>
        <w:rPr>
          <w:b/>
        </w:rPr>
        <w:t xml:space="preserve">SETUP: </w:t>
      </w:r>
      <w:r>
        <w:t>Two children attack goal vs passive coach.</w:t>
      </w:r>
    </w:p>
    <w:p>
      <w:r>
        <w:rPr>
          <w:b/>
        </w:rPr>
        <w:t xml:space="preserve">DO THIS: </w:t>
      </w:r>
      <w:r>
        <w:t>Children may dribble or pass.</w:t>
      </w:r>
    </w:p>
    <w:p>
      <w:r>
        <w:rPr>
          <w:b/>
        </w:rPr>
        <w:t xml:space="preserve">SAY THIS: </w:t>
      </w:r>
      <w:r>
        <w:t>Can you two get past me?</w:t>
      </w:r>
    </w:p>
    <w:p>
      <w:r>
        <w:rPr>
          <w:b/>
        </w:rPr>
        <w:t xml:space="preserve">LOOK FOR: </w:t>
      </w:r>
      <w:r>
        <w:t>Teammate as option.</w:t>
      </w:r>
    </w:p>
    <w:p>
      <w:pPr>
        <w:pStyle w:val="Heading3"/>
      </w:pPr>
      <w:r>
        <w:t>5. Loose Soccer — 13 min</w:t>
      </w:r>
    </w:p>
    <w:p>
      <w:r>
        <w:rPr>
          <w:b/>
        </w:rPr>
        <w:t xml:space="preserve">SETUP: </w:t>
      </w:r>
      <w:r>
        <w:t>2v2/3v3.</w:t>
      </w:r>
    </w:p>
    <w:p>
      <w:r>
        <w:rPr>
          <w:b/>
        </w:rPr>
        <w:t xml:space="preserve">DO THIS: </w:t>
      </w:r>
      <w:r>
        <w:t>Free play; praise intentional passes.</w:t>
      </w:r>
    </w:p>
    <w:p>
      <w:r>
        <w:rPr>
          <w:b/>
        </w:rPr>
        <w:t xml:space="preserve">SAY THIS: </w:t>
      </w:r>
      <w:r>
        <w:t>Can you help your friend?</w:t>
      </w:r>
    </w:p>
    <w:p>
      <w:r>
        <w:rPr>
          <w:b/>
        </w:rPr>
        <w:t xml:space="preserve">LOOK FOR: </w:t>
      </w:r>
      <w:r>
        <w:t>Beginning teamwork.</w:t>
      </w:r>
    </w:p>
    <w:p>
      <w:pPr>
        <w:pStyle w:val="Heading2"/>
      </w:pPr>
      <w:r>
        <w:t>Session 7 — Soccer Adventure</w:t>
      </w:r>
    </w:p>
    <w:p>
      <w:r>
        <w:t>Goal: Combine familiar skills in an imaginative adventure.</w:t>
      </w:r>
    </w:p>
    <w:p>
      <w:pPr>
        <w:pStyle w:val="Heading3"/>
      </w:pPr>
      <w:r>
        <w:t>1. Drive Through Town — 8 min</w:t>
      </w:r>
    </w:p>
    <w:p>
      <w:r>
        <w:rPr>
          <w:b/>
        </w:rPr>
        <w:t xml:space="preserve">SETUP: </w:t>
      </w:r>
      <w:r>
        <w:t>Cones as roads/houses/bridges.</w:t>
      </w:r>
    </w:p>
    <w:p>
      <w:r>
        <w:rPr>
          <w:b/>
        </w:rPr>
        <w:t xml:space="preserve">DO THIS: </w:t>
      </w:r>
      <w:r>
        <w:t>Dribble through town following coach's story.</w:t>
      </w:r>
    </w:p>
    <w:p>
      <w:r>
        <w:rPr>
          <w:b/>
        </w:rPr>
        <w:t xml:space="preserve">SAY THIS: </w:t>
      </w:r>
      <w:r>
        <w:t>Drive your soccer car.</w:t>
      </w:r>
    </w:p>
    <w:p>
      <w:r>
        <w:rPr>
          <w:b/>
        </w:rPr>
        <w:t xml:space="preserve">LOOK FOR: </w:t>
      </w:r>
      <w:r>
        <w:t>Control and imagination.</w:t>
      </w:r>
    </w:p>
    <w:p>
      <w:pPr>
        <w:pStyle w:val="Heading3"/>
      </w:pPr>
      <w:r>
        <w:t>2. Cross the River — 8 min</w:t>
      </w:r>
    </w:p>
    <w:p>
      <w:r>
        <w:rPr>
          <w:b/>
        </w:rPr>
        <w:t xml:space="preserve">SETUP: </w:t>
      </w:r>
      <w:r>
        <w:t>Cone gates as bridges.</w:t>
      </w:r>
    </w:p>
    <w:p>
      <w:r>
        <w:rPr>
          <w:b/>
        </w:rPr>
        <w:t xml:space="preserve">DO THIS: </w:t>
      </w:r>
      <w:r>
        <w:t>Dribble across bridges.</w:t>
      </w:r>
    </w:p>
    <w:p>
      <w:r>
        <w:rPr>
          <w:b/>
        </w:rPr>
        <w:t xml:space="preserve">SAY THIS: </w:t>
      </w:r>
      <w:r>
        <w:t>Don't fall in the river!</w:t>
      </w:r>
    </w:p>
    <w:p>
      <w:r>
        <w:rPr>
          <w:b/>
        </w:rPr>
        <w:t xml:space="preserve">LOOK FOR: </w:t>
      </w:r>
      <w:r>
        <w:t>Accuracy.</w:t>
      </w:r>
    </w:p>
    <w:p>
      <w:pPr>
        <w:pStyle w:val="Heading3"/>
      </w:pPr>
      <w:r>
        <w:t>3. Escape the Dragon — 8 min</w:t>
      </w:r>
    </w:p>
    <w:p>
      <w:r>
        <w:rPr>
          <w:b/>
        </w:rPr>
        <w:t xml:space="preserve">SETUP: </w:t>
      </w:r>
      <w:r>
        <w:t>Coach is dragon; safe islands marked.</w:t>
      </w:r>
    </w:p>
    <w:p>
      <w:r>
        <w:rPr>
          <w:b/>
        </w:rPr>
        <w:t xml:space="preserve">DO THIS: </w:t>
      </w:r>
      <w:r>
        <w:t>Children dribble away to an empty safe island.</w:t>
      </w:r>
    </w:p>
    <w:p>
      <w:r>
        <w:rPr>
          <w:b/>
        </w:rPr>
        <w:t xml:space="preserve">SAY THIS: </w:t>
      </w:r>
      <w:r>
        <w:t>Escape to an empty island!</w:t>
      </w:r>
    </w:p>
    <w:p>
      <w:r>
        <w:rPr>
          <w:b/>
        </w:rPr>
        <w:t xml:space="preserve">LOOK FOR: </w:t>
      </w:r>
      <w:r>
        <w:t>Turning and speed changes.</w:t>
      </w:r>
    </w:p>
    <w:p>
      <w:pPr>
        <w:pStyle w:val="Heading3"/>
      </w:pPr>
      <w:r>
        <w:t>4. Save the Castle — 8 min</w:t>
      </w:r>
    </w:p>
    <w:p>
      <w:r>
        <w:rPr>
          <w:b/>
        </w:rPr>
        <w:t xml:space="preserve">SETUP: </w:t>
      </w:r>
      <w:r>
        <w:t>Goals/cones as castles.</w:t>
      </w:r>
    </w:p>
    <w:p>
      <w:r>
        <w:rPr>
          <w:b/>
        </w:rPr>
        <w:t xml:space="preserve">DO THIS: </w:t>
      </w:r>
      <w:r>
        <w:t>Children score to save castles.</w:t>
      </w:r>
    </w:p>
    <w:p>
      <w:r>
        <w:rPr>
          <w:b/>
        </w:rPr>
        <w:t xml:space="preserve">SAY THIS: </w:t>
      </w:r>
      <w:r>
        <w:t>Score to save it!</w:t>
      </w:r>
    </w:p>
    <w:p>
      <w:r>
        <w:rPr>
          <w:b/>
        </w:rPr>
        <w:t xml:space="preserve">LOOK FOR: </w:t>
      </w:r>
      <w:r>
        <w:t>Shooting and fun.</w:t>
      </w:r>
    </w:p>
    <w:p>
      <w:pPr>
        <w:pStyle w:val="Heading3"/>
      </w:pPr>
      <w:r>
        <w:t>5. Adventure Game — 13 min</w:t>
      </w:r>
    </w:p>
    <w:p>
      <w:r>
        <w:rPr>
          <w:b/>
        </w:rPr>
        <w:t xml:space="preserve">SETUP: </w:t>
      </w:r>
      <w:r>
        <w:t>Loose 2v2/3v3.</w:t>
      </w:r>
    </w:p>
    <w:p>
      <w:r>
        <w:rPr>
          <w:b/>
        </w:rPr>
        <w:t xml:space="preserve">DO THIS: </w:t>
      </w:r>
      <w:r>
        <w:t>Play soccer; light narration if useful.</w:t>
      </w:r>
    </w:p>
    <w:p>
      <w:r>
        <w:rPr>
          <w:b/>
        </w:rPr>
        <w:t xml:space="preserve">SAY THIS: </w:t>
      </w:r>
      <w:r>
        <w:t>Let's play!</w:t>
      </w:r>
    </w:p>
    <w:p>
      <w:r>
        <w:rPr>
          <w:b/>
        </w:rPr>
        <w:t xml:space="preserve">LOOK FOR: </w:t>
      </w:r>
      <w:r>
        <w:t>Enjoyment and independence.</w:t>
      </w:r>
    </w:p>
    <w:p>
      <w:pPr>
        <w:pStyle w:val="Heading2"/>
      </w:pPr>
      <w:r>
        <w:t>Session 8 — Soccer Party</w:t>
      </w:r>
    </w:p>
    <w:p>
      <w:r>
        <w:t>Goal: Finish with favorite games, challenges, and lots of loose soccer.</w:t>
      </w:r>
    </w:p>
    <w:p>
      <w:pPr>
        <w:pStyle w:val="Heading3"/>
      </w:pPr>
      <w:r>
        <w:t>1. Favorite Dribbling Game — 8 min</w:t>
      </w:r>
    </w:p>
    <w:p>
      <w:r>
        <w:rPr>
          <w:b/>
        </w:rPr>
        <w:t xml:space="preserve">SETUP: </w:t>
      </w:r>
      <w:r>
        <w:t>Use Traffic, Islands, or Gates.</w:t>
      </w:r>
    </w:p>
    <w:p>
      <w:r>
        <w:rPr>
          <w:b/>
        </w:rPr>
        <w:t xml:space="preserve">DO THIS: </w:t>
      </w:r>
      <w:r>
        <w:t>Let children vote between two familiar choices.</w:t>
      </w:r>
    </w:p>
    <w:p>
      <w:r>
        <w:rPr>
          <w:b/>
        </w:rPr>
        <w:t xml:space="preserve">SAY THIS: </w:t>
      </w:r>
      <w:r>
        <w:t>Show me your soccer moves.</w:t>
      </w:r>
    </w:p>
    <w:p>
      <w:r>
        <w:rPr>
          <w:b/>
        </w:rPr>
        <w:t xml:space="preserve">LOOK FOR: </w:t>
      </w:r>
      <w:r>
        <w:t>Confidence.</w:t>
      </w:r>
    </w:p>
    <w:p>
      <w:pPr>
        <w:pStyle w:val="Heading3"/>
      </w:pPr>
      <w:r>
        <w:t>2. Goal Challenge — 8 min</w:t>
      </w:r>
    </w:p>
    <w:p>
      <w:r>
        <w:rPr>
          <w:b/>
        </w:rPr>
        <w:t xml:space="preserve">SETUP: </w:t>
      </w:r>
      <w:r>
        <w:t>Many small goals.</w:t>
      </w:r>
    </w:p>
    <w:p>
      <w:r>
        <w:rPr>
          <w:b/>
        </w:rPr>
        <w:t xml:space="preserve">DO THIS: </w:t>
      </w:r>
      <w:r>
        <w:t>Score in as many different goals as possible.</w:t>
      </w:r>
    </w:p>
    <w:p>
      <w:r>
        <w:rPr>
          <w:b/>
        </w:rPr>
        <w:t xml:space="preserve">SAY THIS: </w:t>
      </w:r>
      <w:r>
        <w:t>How many can YOU get?</w:t>
      </w:r>
    </w:p>
    <w:p>
      <w:r>
        <w:rPr>
          <w:b/>
        </w:rPr>
        <w:t xml:space="preserve">LOOK FOR: </w:t>
      </w:r>
      <w:r>
        <w:t>Lots of shots.</w:t>
      </w:r>
    </w:p>
    <w:p>
      <w:pPr>
        <w:pStyle w:val="Heading3"/>
      </w:pPr>
      <w:r>
        <w:t>3. Sharks &amp; Minnows — 8 min</w:t>
      </w:r>
    </w:p>
    <w:p>
      <w:r>
        <w:rPr>
          <w:b/>
        </w:rPr>
        <w:t xml:space="preserve">SETUP: </w:t>
      </w:r>
      <w:r>
        <w:t>Gentle no-elimination version.</w:t>
      </w:r>
    </w:p>
    <w:p>
      <w:r>
        <w:rPr>
          <w:b/>
        </w:rPr>
        <w:t xml:space="preserve">DO THIS: </w:t>
      </w:r>
      <w:r>
        <w:t>Play favorite version.</w:t>
      </w:r>
    </w:p>
    <w:p>
      <w:r>
        <w:rPr>
          <w:b/>
        </w:rPr>
        <w:t xml:space="preserve">SAY THIS: </w:t>
      </w:r>
      <w:r>
        <w:t>Save your ball!</w:t>
      </w:r>
    </w:p>
    <w:p>
      <w:r>
        <w:rPr>
          <w:b/>
        </w:rPr>
        <w:t xml:space="preserve">LOOK FOR: </w:t>
      </w:r>
      <w:r>
        <w:t>Fun and control.</w:t>
      </w:r>
    </w:p>
    <w:p>
      <w:pPr>
        <w:pStyle w:val="Heading3"/>
      </w:pPr>
      <w:r>
        <w:t>4. 1v1 / 2v2 Mini Games — 8 min</w:t>
      </w:r>
    </w:p>
    <w:p>
      <w:r>
        <w:rPr>
          <w:b/>
        </w:rPr>
        <w:t xml:space="preserve">SETUP: </w:t>
      </w:r>
      <w:r>
        <w:t>Tiny fields.</w:t>
      </w:r>
    </w:p>
    <w:p>
      <w:r>
        <w:rPr>
          <w:b/>
        </w:rPr>
        <w:t xml:space="preserve">DO THIS: </w:t>
      </w:r>
      <w:r>
        <w:t>Short games; rotate simply.</w:t>
      </w:r>
    </w:p>
    <w:p>
      <w:r>
        <w:rPr>
          <w:b/>
        </w:rPr>
        <w:t xml:space="preserve">SAY THIS: </w:t>
      </w:r>
      <w:r>
        <w:t>Go play soccer.</w:t>
      </w:r>
    </w:p>
    <w:p>
      <w:r>
        <w:rPr>
          <w:b/>
        </w:rPr>
        <w:t xml:space="preserve">LOOK FOR: </w:t>
      </w:r>
      <w:r>
        <w:t>Comfort competing for ball.</w:t>
      </w:r>
    </w:p>
    <w:p>
      <w:pPr>
        <w:pStyle w:val="Heading3"/>
      </w:pPr>
      <w:r>
        <w:t>5. Soccer Party Scrimmage — 13 min</w:t>
      </w:r>
    </w:p>
    <w:p>
      <w:r>
        <w:rPr>
          <w:b/>
        </w:rPr>
        <w:t xml:space="preserve">SETUP: </w:t>
      </w:r>
      <w:r>
        <w:t>2v2/3v3/4v4 depending attendance.</w:t>
      </w:r>
    </w:p>
    <w:p>
      <w:r>
        <w:rPr>
          <w:b/>
        </w:rPr>
        <w:t xml:space="preserve">DO THIS: </w:t>
      </w:r>
      <w:r>
        <w:t>Loose free play; celebrate effort.</w:t>
      </w:r>
    </w:p>
    <w:p>
      <w:r>
        <w:rPr>
          <w:b/>
        </w:rPr>
        <w:t xml:space="preserve">SAY THIS: </w:t>
      </w:r>
      <w:r>
        <w:t>Show us what you learned!</w:t>
      </w:r>
    </w:p>
    <w:p>
      <w:r>
        <w:rPr>
          <w:b/>
        </w:rPr>
        <w:t xml:space="preserve">LOOK FOR: </w:t>
      </w:r>
      <w:r>
        <w:t>Enjoyment.</w:t>
      </w:r>
    </w:p>
    <w:p>
      <w:pPr>
        <w:pStyle w:val="Heading1"/>
      </w:pPr>
      <w:r>
        <w:t>5. 🚨 I Need a U6 Session Right Now</w:t>
      </w:r>
    </w:p>
    <w:p>
      <w:pPr>
        <w:pStyle w:val="ListBullet"/>
      </w:pPr>
      <w:r>
        <w:t>8 min — Everybody Has a Ball: Stop / Go / Fast / Slow / Turn.</w:t>
      </w:r>
    </w:p>
    <w:p>
      <w:pPr>
        <w:pStyle w:val="ListBullet"/>
      </w:pPr>
      <w:r>
        <w:t>8 min — Gates: dribble through as many as possible.</w:t>
      </w:r>
    </w:p>
    <w:p>
      <w:pPr>
        <w:pStyle w:val="ListBullet"/>
      </w:pPr>
      <w:r>
        <w:t>8 min — Sharks &amp; Minnows: gentle version; nobody eliminated.</w:t>
      </w:r>
    </w:p>
    <w:p>
      <w:pPr>
        <w:pStyle w:val="ListBullet"/>
      </w:pPr>
      <w:r>
        <w:t>8 min — Find a Goal: many goals, lots of scoring.</w:t>
      </w:r>
    </w:p>
    <w:p>
      <w:pPr>
        <w:pStyle w:val="ListBullet"/>
      </w:pPr>
      <w:r>
        <w:t>12–15 min — Loose 2v2 / 3v3 soccer.</w:t>
      </w:r>
    </w:p>
    <w:p>
      <w:r>
        <w:t>Coach note: If the children were moving, touching a ball, smiling, and playing some soccer, the session worked.</w:t>
      </w:r>
    </w:p>
    <w:p>
      <w:pPr>
        <w:pStyle w:val="Heading1"/>
      </w:pPr>
      <w:r>
        <w:t>6. Loose Scrimmage Guide</w:t>
      </w:r>
    </w:p>
    <w:p>
      <w:pPr>
        <w:pStyle w:val="ListBullet"/>
      </w:pPr>
      <w:r>
        <w:t>Use 2v2 or 3v3 whenever possible; 4v4 is fine if needed.</w:t>
      </w:r>
    </w:p>
    <w:p>
      <w:pPr>
        <w:pStyle w:val="ListBullet"/>
      </w:pPr>
      <w:r>
        <w:t>Do not assign formal positions. Simply point out which direction each team is going.</w:t>
      </w:r>
    </w:p>
    <w:p>
      <w:pPr>
        <w:pStyle w:val="ListBullet"/>
      </w:pPr>
      <w:r>
        <w:t>Use small goals and a small field.</w:t>
      </w:r>
    </w:p>
    <w:p>
      <w:pPr>
        <w:pStyle w:val="ListBullet"/>
      </w:pPr>
      <w:r>
        <w:t>Have extra balls ready; roll a new one in when needed rather than creating long stoppages.</w:t>
      </w:r>
    </w:p>
    <w:p>
      <w:pPr>
        <w:pStyle w:val="ListBullet"/>
      </w:pPr>
      <w:r>
        <w:t>Do not worry about perfect throw-ins, corners, offside, or formal restarts. Restart quickly.</w:t>
      </w:r>
    </w:p>
    <w:p>
      <w:pPr>
        <w:pStyle w:val="ListBullet"/>
      </w:pPr>
      <w:r>
        <w:t>Rotate teams if one group is much stronger.</w:t>
      </w:r>
    </w:p>
    <w:p>
      <w:pPr>
        <w:pStyle w:val="ListBullet"/>
      </w:pPr>
      <w:r>
        <w:t>Celebrate dribbling, trying to score, getting the ball back, and helping a teammate.</w:t>
      </w:r>
    </w:p>
    <w:p>
      <w:pPr>
        <w:pStyle w:val="Heading1"/>
      </w:pPr>
      <w:r>
        <w:t>7. Troubleshooting</w:t>
      </w:r>
    </w:p>
    <w:p>
      <w:r>
        <w:rPr>
          <w:b/>
        </w:rPr>
        <w:t xml:space="preserve">They aren't listening: </w:t>
      </w:r>
      <w:r>
        <w:t>Shorten the explanation, demonstrate, and start.</w:t>
      </w:r>
    </w:p>
    <w:p>
      <w:r>
        <w:rPr>
          <w:b/>
        </w:rPr>
        <w:t xml:space="preserve">They keep using their hands: </w:t>
      </w:r>
      <w:r>
        <w:t>Say 'Soccer feet!' and keep playing.</w:t>
      </w:r>
    </w:p>
    <w:p>
      <w:r>
        <w:rPr>
          <w:b/>
        </w:rPr>
        <w:t xml:space="preserve">Everyone fights over one ball: </w:t>
      </w:r>
      <w:r>
        <w:t>Return to one-ball-per-child activities or split into tiny fields.</w:t>
      </w:r>
    </w:p>
    <w:p>
      <w:r>
        <w:rPr>
          <w:b/>
        </w:rPr>
        <w:t xml:space="preserve">A child won't join: </w:t>
      </w:r>
      <w:r>
        <w:t>Let them stay near a parent/coach with a ball and invite them without pressure.</w:t>
      </w:r>
    </w:p>
    <w:p>
      <w:r>
        <w:rPr>
          <w:b/>
        </w:rPr>
        <w:t xml:space="preserve">One child dominates: </w:t>
      </w:r>
      <w:r>
        <w:t>Give a personal challenge and rebalance small groups.</w:t>
      </w:r>
    </w:p>
    <w:p>
      <w:r>
        <w:rPr>
          <w:b/>
        </w:rPr>
        <w:t xml:space="preserve">They're bored: </w:t>
      </w:r>
      <w:r>
        <w:t>Change the activity; ending early is often correct at U6.</w:t>
      </w:r>
    </w:p>
    <w:p>
      <w:r>
        <w:rPr>
          <w:b/>
        </w:rPr>
        <w:t xml:space="preserve">They run out of the area: </w:t>
      </w:r>
      <w:r>
        <w:t>Make boundaries obvious and call it the 'soccer playground.'</w:t>
      </w:r>
    </w:p>
    <w:p>
      <w:pPr>
        <w:pStyle w:val="Heading1"/>
      </w:pPr>
      <w:r>
        <w:t>8. U6 Rule Context</w:t>
      </w:r>
    </w:p>
    <w:p>
      <w:r>
        <w:t>The supplied SVFL rules list formal U6 play as 3v3 with no goalkeeper, a #3 ball, four 8-minute quarters, no offside, and permit U6/U8 coaches to enter the field to help set up players and for kickoffs. LGSA's intended U6 program for this Coach Hub is less formal: fun introductory sessions with loose scrimmages rather than scheduled inter-club competition. The formal SVFL format should therefore be treated as background/reference, not the core U6 experience.</w:t>
      </w:r>
    </w:p>
    <w:p>
      <w:r>
        <w:t>Heading and slide tackling are not part of U6 instruction; the supplied SVFL rules prohibit both at these ages.</w:t>
      </w:r>
    </w:p>
    <w:p>
      <w:pPr>
        <w:pStyle w:val="Heading1"/>
      </w:pPr>
      <w:r>
        <w:t>9. Website Editor Notes</w:t>
      </w:r>
    </w:p>
    <w:p>
      <w:pPr>
        <w:pStyle w:val="ListBullet"/>
      </w:pPr>
      <w:r>
        <w:t>Label this section 'U6 Soccer Fun.'</w:t>
      </w:r>
    </w:p>
    <w:p>
      <w:pPr>
        <w:pStyle w:val="ListBullet"/>
      </w:pPr>
      <w:r>
        <w:t>Use bright, simple cards and short activity descriptions.</w:t>
      </w:r>
    </w:p>
    <w:p>
      <w:pPr>
        <w:pStyle w:val="ListBullet"/>
      </w:pPr>
      <w:r>
        <w:t>At top of every session show: 45–50 minutes, fun goal, equipment, and setup.</w:t>
      </w:r>
    </w:p>
    <w:p>
      <w:pPr>
        <w:pStyle w:val="ListBullet"/>
      </w:pPr>
      <w:r>
        <w:t>Keep activity names playful and parent-friendly.</w:t>
      </w:r>
    </w:p>
    <w:p>
      <w:pPr>
        <w:pStyle w:val="ListBullet"/>
      </w:pPr>
      <w:r>
        <w:t>Add [SHOW ME] placeholders for simple diagrams.</w:t>
      </w:r>
    </w:p>
    <w:p>
      <w:pPr>
        <w:pStyle w:val="ListBullet"/>
      </w:pPr>
      <w:r>
        <w:t>Do not overload U6 pages with formal rule text.</w:t>
      </w:r>
    </w:p>
    <w:p>
      <w:pPr>
        <w:pStyle w:val="ListBullet"/>
      </w:pPr>
      <w:r>
        <w:t>Make 'I Need a Session Right Now' and 'Loose Scrimmage Guide' prominent.</w:t>
      </w:r>
    </w:p>
    <w:p>
      <w:pPr>
        <w:pStyle w:val="ListBullet"/>
      </w:pPr>
      <w:r>
        <w:t>Keep the same Coach Hub visual identity as U8/U10/U12.</w:t>
      </w:r>
    </w:p>
    <w:p>
      <w:pPr>
        <w:pStyle w:val="Heading1"/>
      </w:pPr>
      <w:r>
        <w:t>10. Source / Program Note</w:t>
      </w:r>
    </w:p>
    <w:p>
      <w:r>
        <w:t>The U6 structure follows LGSA's stated intent: introductory, fun sessions with loose scrimmages rather than inter-club games. Formal rule context comes from the supplied SVFL Youth Soccer Rules revised 7/15/2026. The session curriculum itself is LGSA Coach Hub content.</w:t>
      </w:r>
    </w:p>
    <w:p>
      <w:r>
        <w:br w:type="page"/>
      </w:r>
    </w:p>
    <w:p>
      <w:pPr>
        <w:pStyle w:val="Heading1"/>
      </w:pPr>
      <w:r>
        <w:t>U8 — Coach Hub</w:t>
      </w:r>
    </w:p>
    <w:p>
      <w:pPr>
        <w:pStyle w:val="Title"/>
        <w:jc w:val="center"/>
      </w:pPr>
      <w:r>
        <w:rPr>
          <w:b/>
        </w:rPr>
        <w:t>LGSA Coach Hub</w:t>
      </w:r>
    </w:p>
    <w:p>
      <w:pPr>
        <w:jc w:val="center"/>
      </w:pPr>
      <w:r>
        <w:rPr>
          <w:i/>
          <w:sz w:val="22"/>
        </w:rPr>
        <w:t>Website Publishing Guide • U8 Prototype • Southern Virginia Futbol League rules revised 7/15/2026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2F2F2"/>
          </w:tcPr>
          <w:p>
            <w:r>
              <w:rPr>
                <w:b/>
              </w:rPr>
              <w:t>Purpose</w:t>
              <w:br/>
            </w:r>
            <w:r>
              <w:t>Give the website editor a complete, mobile-first blueprint that can be published without inventing navigation, soccer content, or U8 rule summaries. The Coach Hub is intended to make volunteering easier: a first-time parent should be able to open a practice on a phone and run it.</w:t>
            </w:r>
          </w:p>
        </w:tc>
      </w:tr>
    </w:tbl>
    <w:p/>
    <w:p>
      <w:pPr>
        <w:pStyle w:val="Heading1"/>
      </w:pPr>
      <w:r>
        <w:t>1. Publishing Principles</w:t>
      </w:r>
    </w:p>
    <w:p>
      <w:pPr>
        <w:pStyle w:val="ListBullet"/>
      </w:pPr>
      <w:r>
        <w:t>Mobile first. Design for a coach standing on the field using a phone.</w:t>
      </w:r>
    </w:p>
    <w:p>
      <w:pPr>
        <w:pStyle w:val="ListBullet"/>
      </w:pPr>
      <w:r>
        <w:t>No login required. Coach Hub content should be publicly accessible.</w:t>
      </w:r>
    </w:p>
    <w:p>
      <w:pPr>
        <w:pStyle w:val="ListBullet"/>
      </w:pPr>
      <w:r>
        <w:t>Do not bury practice plans in PDFs. Core instructions should display directly on the webpage.</w:t>
      </w:r>
    </w:p>
    <w:p>
      <w:pPr>
        <w:pStyle w:val="ListBullet"/>
      </w:pPr>
      <w:r>
        <w:t>Use large tap targets and short sections. Troubleshooting and shortened versions may be collapsible.</w:t>
      </w:r>
    </w:p>
    <w:p>
      <w:pPr>
        <w:pStyle w:val="ListBullet"/>
      </w:pPr>
      <w:r>
        <w:t>Use one permanent Coach Hub URL and one permanent QR code pointing to it.</w:t>
      </w:r>
    </w:p>
    <w:p>
      <w:pPr>
        <w:pStyle w:val="ListBullet"/>
      </w:pPr>
      <w:r>
        <w:t>Keep the same activity format on every practice page: SETUP → DO THIS → SAY THIS → LOOK FOR.</w:t>
      </w:r>
    </w:p>
    <w:p>
      <w:pPr>
        <w:pStyle w:val="ListBullet"/>
      </w:pPr>
      <w:r>
        <w:t>Practice design principle: minimal lines, maximum touches, small-sided games, and short explanations.</w:t>
      </w:r>
    </w:p>
    <w:p>
      <w:pPr>
        <w:pStyle w:val="ListBullet"/>
      </w:pPr>
      <w:r>
        <w:t>Future video/diagram buttons should be optional enhancements, not required to use the practice.</w:t>
      </w:r>
    </w:p>
    <w:p>
      <w:pPr>
        <w:pStyle w:val="Heading1"/>
      </w:pPr>
      <w:r>
        <w:t>2. Site Flowchart</w:t>
      </w:r>
    </w:p>
    <w:p>
      <w:r>
        <w:rPr>
          <w:rFonts w:ascii="Courier New" w:hAnsi="Courier New"/>
          <w:sz w:val="18"/>
        </w:rPr>
        <w:t>COACH HUB</w:t>
        <w:br/>
        <w:t>├── U6</w:t>
        <w:br/>
        <w:t>├── U8</w:t>
        <w:br/>
        <w:t>│   ├── Follow the Season</w:t>
        <w:br/>
        <w:t>│   │   ├── Week 1 — Ball Control + Game Basics</w:t>
        <w:br/>
        <w:t>│   │   ├── Week 2 — Dribbling + Throw-ins</w:t>
        <w:br/>
        <w:t>│   │   ├── Week 3 — Passing + Game Ready</w:t>
        <w:br/>
        <w:t>│   │   ├── Week 4 — Shooting + Scoring</w:t>
        <w:br/>
        <w:t>│   │   ├── Week 5 — 1v1 Attacking</w:t>
        <w:br/>
        <w:t>│   │   ├── Week 6 — Defending + Winning It</w:t>
        <w:br/>
        <w:t>│   │   ├── Week 7 — Playing Together + Finding Space</w:t>
        <w:br/>
        <w:t>│   │   └── Week 8 — Soccer Challenge Day</w:t>
        <w:br/>
        <w:t>│   ├── Pick a Practice</w:t>
        <w:br/>
        <w:t>│   │   ├── Ball Control / Dribbling / Passing / Shooting</w:t>
        <w:br/>
        <w:t>│   │   ├── Attacking / Defending / Spacing / Fun</w:t>
        <w:br/>
        <w:t>│   ├── I NEED A PRACTICE NOW</w:t>
        <w:br/>
        <w:t>│   ├── GAME-DAY CHEAT SHEET</w:t>
        <w:br/>
        <w:t>│   └── MY TEAM IS STRUGGLING WITH...</w:t>
        <w:br/>
        <w:t>├── U10</w:t>
        <w:br/>
        <w:t>├── U12</w:t>
        <w:br/>
        <w:t>└── U14+</w:t>
      </w:r>
    </w:p>
    <w:p>
      <w:pPr>
        <w:pStyle w:val="Heading1"/>
      </w:pPr>
      <w:r>
        <w:t>3. Coach Hub Landing Page</w:t>
      </w:r>
    </w:p>
    <w:p>
      <w:r>
        <w:t>PAGE TITLE: LGSA COACH HUB</w:t>
      </w:r>
    </w:p>
    <w:p>
      <w:r>
        <w:t>Everything you need to coach your team. No coaching experience required. We've already planned it for you.</w:t>
      </w:r>
    </w:p>
    <w:p>
      <w:r>
        <w:t>BUTTONS: U6 | U8 | U10 | U12 | U14+</w:t>
      </w:r>
    </w:p>
    <w:p>
      <w:r>
        <w:t>SECONDARY BUTTONS: SVFL Rules | Coach Help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2F2F2"/>
          </w:tcPr>
          <w:p>
            <w:r>
              <w:rPr>
                <w:b/>
              </w:rPr>
              <w:t>Editor note</w:t>
              <w:br/>
            </w:r>
            <w:r>
              <w:t>Make U8 active at launch. Other age groups may display 'Coming Soon' until their curriculum is complete.</w:t>
            </w:r>
          </w:p>
        </w:tc>
      </w:tr>
    </w:tbl>
    <w:p/>
    <w:p>
      <w:pPr>
        <w:pStyle w:val="Heading1"/>
      </w:pPr>
      <w:r>
        <w:t>4. U8 Coach Center</w:t>
      </w:r>
    </w:p>
    <w:p>
      <w:r>
        <w:t>TOP BUTTON: 🚨 I NEED A PRACTICE NOW — 60-minute practice, no preparation needed.</w:t>
      </w:r>
    </w:p>
    <w:p>
      <w:r>
        <w:t>TOP BUTTON: 🏟 GAME DAY — Rules, restarts, build-out line, substitutions.</w:t>
      </w:r>
    </w:p>
    <w:p>
      <w:r>
        <w:t>FOLLOW THE SEASON:</w:t>
      </w:r>
    </w:p>
    <w:p>
      <w:pPr>
        <w:pStyle w:val="ListBullet"/>
      </w:pPr>
      <w:r>
        <w:t>Week 1 — Ball Control &amp; Game Basics</w:t>
      </w:r>
    </w:p>
    <w:p>
      <w:pPr>
        <w:pStyle w:val="ListBullet"/>
      </w:pPr>
      <w:r>
        <w:t>Week 2 — Dribbling, Throw-ins &amp; Build-Out Line</w:t>
      </w:r>
    </w:p>
    <w:p>
      <w:pPr>
        <w:pStyle w:val="ListBullet"/>
      </w:pPr>
      <w:r>
        <w:t>Week 3 — Passing &amp; Game Ready</w:t>
      </w:r>
    </w:p>
    <w:p>
      <w:pPr>
        <w:pStyle w:val="ListBullet"/>
      </w:pPr>
      <w:r>
        <w:t>Week 4 — Shooting &amp; Scoring</w:t>
      </w:r>
    </w:p>
    <w:p>
      <w:pPr>
        <w:pStyle w:val="ListBullet"/>
      </w:pPr>
      <w:r>
        <w:t>Week 5 — 1v1 Attacking</w:t>
      </w:r>
    </w:p>
    <w:p>
      <w:pPr>
        <w:pStyle w:val="ListBullet"/>
      </w:pPr>
      <w:r>
        <w:t>Week 6 — Defending &amp; Winning It</w:t>
      </w:r>
    </w:p>
    <w:p>
      <w:pPr>
        <w:pStyle w:val="ListBullet"/>
      </w:pPr>
      <w:r>
        <w:t>Week 7 — Playing Together &amp; Finding Space</w:t>
      </w:r>
    </w:p>
    <w:p>
      <w:pPr>
        <w:pStyle w:val="ListBullet"/>
      </w:pPr>
      <w:r>
        <w:t>Week 8 — Soccer Challenge Day</w:t>
      </w:r>
    </w:p>
    <w:p>
      <w:r>
        <w:t>PICK A PRACTICE: Ball Control | Dribbling | Passing | Shooting | Attacking | Defending | Spacing | Fun</w:t>
      </w:r>
    </w:p>
    <w:p>
      <w:r>
        <w:t>MY TEAM IS STRUGGLING WITH: Everyone chases the ball → Week 7; Afraid to dribble → Week 5; Just kicks it away → Week 1; Nobody passes → Week 3; Can't create shots → Week 4; Can't defend → Week 6; Not sure → Emergency Practice.</w:t>
      </w:r>
    </w:p>
    <w:p>
      <w:pPr>
        <w:pStyle w:val="Heading1"/>
      </w:pPr>
      <w:r>
        <w:t>5. Standard Practice Page Template</w:t>
      </w:r>
    </w:p>
    <w:p>
      <w:r>
        <w:t>Header: U8 — WEEK [#] — [TITLE]</w:t>
      </w:r>
    </w:p>
    <w:p>
      <w:r>
        <w:t>At-a-glance: 60 minutes | Today's goal | Equipment | 5-minute setup</w:t>
      </w:r>
    </w:p>
    <w:p>
      <w:r>
        <w:t>Each activity card: SETUP | DO THIS | SAY THIS | LOOK FOR | [SHOW ME placeholder]</w:t>
      </w:r>
    </w:p>
    <w:p>
      <w:r>
        <w:t>Bottom sections: ONLY HAVE 45 MINUTES? | THIS ACTIVITY ISN'T WORKING | COACH, REMEMBER...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2F2F2"/>
          </w:tcPr>
          <w:p>
            <w:r>
              <w:rPr>
                <w:b/>
              </w:rPr>
              <w:t>Core coaching language</w:t>
              <w:br/>
            </w:r>
            <w:r>
              <w:t>Keep explanations under 30 seconds. Show it, then let them play. Avoid joystick coaching ('Pass! Shoot! Turn!'). Ask simple questions such as 'Where's the space?' and 'What could you do?'</w:t>
            </w:r>
          </w:p>
        </w:tc>
      </w:tr>
    </w:tbl>
    <w:p/>
    <w:p>
      <w:pPr>
        <w:pStyle w:val="Heading1"/>
      </w:pPr>
      <w:r>
        <w:t>6. U8 Eight-Week Curriculum</w:t>
      </w:r>
    </w:p>
    <w:p>
      <w:pPr>
        <w:pStyle w:val="Heading2"/>
      </w:pPr>
      <w:r>
        <w:t>Week 1 — Ball Control &amp; Game Basics</w:t>
      </w:r>
    </w:p>
    <w:p>
      <w:r>
        <w:t>Goal: Get every player comfortable with the ball and excited about playing soccer. During the scrimmage introduce direction of play, kickoffs, and what happens when the ball goes out.</w:t>
      </w:r>
    </w:p>
    <w:p>
      <w:r>
        <w:t>Equipment: #3 ball for each player; 15–20 cones; pinnies; small goals.</w:t>
      </w:r>
    </w:p>
    <w:p>
      <w:pPr>
        <w:pStyle w:val="Heading3"/>
      </w:pPr>
      <w:r>
        <w:t>1. Everybody Has a Ball — 8 min</w:t>
      </w:r>
    </w:p>
    <w:p>
      <w:r>
        <w:rPr>
          <w:b/>
        </w:rPr>
        <w:t xml:space="preserve">SETUP: </w:t>
      </w:r>
      <w:r>
        <w:t>20×20-yard square; every player has a ball.</w:t>
      </w:r>
    </w:p>
    <w:p>
      <w:r>
        <w:rPr>
          <w:b/>
        </w:rPr>
        <w:t xml:space="preserve">DO THIS: </w:t>
      </w:r>
      <w:r>
        <w:t>Players dribble freely. Call right foot, left foot, stop, turn, fast, slow.</w:t>
      </w:r>
    </w:p>
    <w:p>
      <w:r>
        <w:rPr>
          <w:b/>
        </w:rPr>
        <w:t xml:space="preserve">SAY THIS: </w:t>
      </w:r>
      <w:r>
        <w:t>Keep your ball close enough that you can touch it again quickly.</w:t>
      </w:r>
    </w:p>
    <w:p>
      <w:r>
        <w:rPr>
          <w:b/>
        </w:rPr>
        <w:t xml:space="preserve">LOOK FOR: </w:t>
      </w:r>
      <w:r>
        <w:t>Close control, occasional head-up awareness.</w:t>
      </w:r>
    </w:p>
    <w:p>
      <w:r>
        <w:rPr>
          <w:b/>
        </w:rPr>
        <w:t xml:space="preserve">IF IT'S NOT WORKING: </w:t>
      </w:r>
      <w:r>
        <w:t>Make the square larger if players constantly collide.</w:t>
      </w:r>
    </w:p>
    <w:p>
      <w:pPr>
        <w:pStyle w:val="Heading3"/>
      </w:pPr>
      <w:r>
        <w:t>2. Red Light, Green Light — 10 min</w:t>
      </w:r>
    </w:p>
    <w:p>
      <w:r>
        <w:rPr>
          <w:b/>
        </w:rPr>
        <w:t xml:space="preserve">SETUP: </w:t>
      </w:r>
      <w:r>
        <w:t>Players with balls on one side; coach about 20 yards away.</w:t>
      </w:r>
    </w:p>
    <w:p>
      <w:r>
        <w:rPr>
          <w:b/>
        </w:rPr>
        <w:t xml:space="preserve">DO THIS: </w:t>
      </w:r>
      <w:r>
        <w:t>Green=dribble; Yellow=slow; Red=stop. Add Turn/Turbo/Fun commands.</w:t>
      </w:r>
    </w:p>
    <w:p>
      <w:r>
        <w:rPr>
          <w:b/>
        </w:rPr>
        <w:t xml:space="preserve">SAY THIS: </w:t>
      </w:r>
      <w:r>
        <w:t>Control beats speed.</w:t>
      </w:r>
    </w:p>
    <w:p>
      <w:r>
        <w:rPr>
          <w:b/>
        </w:rPr>
        <w:t xml:space="preserve">LOOK FOR: </w:t>
      </w:r>
      <w:r>
        <w:t>Players stop the ball under control instead of kicking it far ahead.</w:t>
      </w:r>
    </w:p>
    <w:p>
      <w:pPr>
        <w:pStyle w:val="Heading3"/>
      </w:pPr>
      <w:r>
        <w:t>3. Treasure Hunt — 10 min</w:t>
      </w:r>
    </w:p>
    <w:p>
      <w:r>
        <w:rPr>
          <w:b/>
        </w:rPr>
        <w:t xml:space="preserve">SETUP: </w:t>
      </w:r>
      <w:r>
        <w:t>Scatter cones as 'treasure' in the area.</w:t>
      </w:r>
    </w:p>
    <w:p>
      <w:r>
        <w:rPr>
          <w:b/>
        </w:rPr>
        <w:t xml:space="preserve">DO THIS: </w:t>
      </w:r>
      <w:r>
        <w:t>Players dribble and touch as many treasures as possible; repeat to beat own score.</w:t>
      </w:r>
    </w:p>
    <w:p>
      <w:r>
        <w:rPr>
          <w:b/>
        </w:rPr>
        <w:t xml:space="preserve">SAY THIS: </w:t>
      </w:r>
      <w:r>
        <w:t>Look up and find open treasure.</w:t>
      </w:r>
    </w:p>
    <w:p>
      <w:r>
        <w:rPr>
          <w:b/>
        </w:rPr>
        <w:t xml:space="preserve">LOOK FOR: </w:t>
      </w:r>
      <w:r>
        <w:t>Close touches, changing direction, awareness.</w:t>
      </w:r>
    </w:p>
    <w:p>
      <w:pPr>
        <w:pStyle w:val="Heading3"/>
      </w:pPr>
      <w:r>
        <w:t>4. 1v1 to Goal — 12 min</w:t>
      </w:r>
    </w:p>
    <w:p>
      <w:r>
        <w:rPr>
          <w:b/>
        </w:rPr>
        <w:t xml:space="preserve">SETUP: </w:t>
      </w:r>
      <w:r>
        <w:t>Several 15×20-yard mini-fields if possible.</w:t>
      </w:r>
    </w:p>
    <w:p>
      <w:r>
        <w:rPr>
          <w:b/>
        </w:rPr>
        <w:t xml:space="preserve">DO THIS: </w:t>
      </w:r>
      <w:r>
        <w:t>Coach serves ball; two players compete; quick rotations.</w:t>
      </w:r>
    </w:p>
    <w:p>
      <w:r>
        <w:rPr>
          <w:b/>
        </w:rPr>
        <w:t xml:space="preserve">SAY THIS: </w:t>
      </w:r>
      <w:r>
        <w:t>Go get it. Take them on. Can you get to goal?</w:t>
      </w:r>
    </w:p>
    <w:p>
      <w:r>
        <w:rPr>
          <w:b/>
        </w:rPr>
        <w:t xml:space="preserve">LOOK FOR: </w:t>
      </w:r>
      <w:r>
        <w:t>Confidence and willingness to attack.</w:t>
      </w:r>
    </w:p>
    <w:p>
      <w:pPr>
        <w:pStyle w:val="Heading3"/>
      </w:pPr>
      <w:r>
        <w:t>5. 4v4 Scrimmage / Game Basics — 20 min</w:t>
      </w:r>
    </w:p>
    <w:p>
      <w:r>
        <w:rPr>
          <w:b/>
        </w:rPr>
        <w:t xml:space="preserve">SETUP: </w:t>
      </w:r>
      <w:r>
        <w:t>U8 field; no goalkeeper.</w:t>
      </w:r>
    </w:p>
    <w:p>
      <w:r>
        <w:rPr>
          <w:b/>
        </w:rPr>
        <w:t xml:space="preserve">DO THIS: </w:t>
      </w:r>
      <w:r>
        <w:t>Let them play. Briefly teach kickoff, direction, throw-in concept, and point out build-out line.</w:t>
      </w:r>
    </w:p>
    <w:p>
      <w:r>
        <w:rPr>
          <w:b/>
        </w:rPr>
        <w:t xml:space="preserve">SAY THIS: </w:t>
      </w:r>
      <w:r>
        <w:t>Find space. Can you win it back?</w:t>
      </w:r>
    </w:p>
    <w:p>
      <w:r>
        <w:rPr>
          <w:b/>
        </w:rPr>
        <w:t xml:space="preserve">LOOK FOR: </w:t>
      </w:r>
      <w:r>
        <w:t>Decision-making; minimal coach interruption.</w:t>
      </w:r>
    </w:p>
    <w:p>
      <w:r>
        <w:t>45-minute version: Everybody Has a Ball 8 | Red Light/Green Light 8 | 1v1 12 | Scrimmage 17.</w:t>
      </w:r>
    </w:p>
    <w:p>
      <w:pPr>
        <w:pStyle w:val="Heading2"/>
      </w:pPr>
      <w:r>
        <w:t>Week 2 — Dribbling, Throw-ins &amp; Build-Out Line</w:t>
      </w:r>
    </w:p>
    <w:p>
      <w:r>
        <w:t>Goal: Control the ball while moving, change direction, learn a legal throw-in, and experience the build-out line before the first game.</w:t>
      </w:r>
    </w:p>
    <w:p>
      <w:pPr>
        <w:pStyle w:val="Heading3"/>
      </w:pPr>
      <w:r>
        <w:t>1. Dribble Traffic — 8 min</w:t>
      </w:r>
    </w:p>
    <w:p>
      <w:r>
        <w:rPr>
          <w:b/>
        </w:rPr>
        <w:t xml:space="preserve">SETUP: </w:t>
      </w:r>
      <w:r>
        <w:t>20×20 square; every player has a ball.</w:t>
      </w:r>
    </w:p>
    <w:p>
      <w:r>
        <w:rPr>
          <w:b/>
        </w:rPr>
        <w:t xml:space="preserve">DO THIS: </w:t>
      </w:r>
      <w:r>
        <w:t>Call Go, Slow, Speed, Turn, Park, Reverse.</w:t>
      </w:r>
    </w:p>
    <w:p>
      <w:r>
        <w:rPr>
          <w:b/>
        </w:rPr>
        <w:t xml:space="preserve">SAY THIS: </w:t>
      </w:r>
      <w:r>
        <w:t>Keep your ball close enough that you can steer it.</w:t>
      </w:r>
    </w:p>
    <w:p>
      <w:r>
        <w:rPr>
          <w:b/>
        </w:rPr>
        <w:t xml:space="preserve">LOOK FOR: </w:t>
      </w:r>
      <w:r>
        <w:t>Head up, close touches, avoiding traffic.</w:t>
      </w:r>
    </w:p>
    <w:p>
      <w:pPr>
        <w:pStyle w:val="Heading3"/>
      </w:pPr>
      <w:r>
        <w:t>2. Gates Challenge — 8 min</w:t>
      </w:r>
    </w:p>
    <w:p>
      <w:r>
        <w:rPr>
          <w:b/>
        </w:rPr>
        <w:t xml:space="preserve">SETUP: </w:t>
      </w:r>
      <w:r>
        <w:t>8–10 small cone gates scattered around field.</w:t>
      </w:r>
    </w:p>
    <w:p>
      <w:r>
        <w:rPr>
          <w:b/>
        </w:rPr>
        <w:t xml:space="preserve">DO THIS: </w:t>
      </w:r>
      <w:r>
        <w:t>Players dribble through as many gates as possible; beat own score; change direction after gates.</w:t>
      </w:r>
    </w:p>
    <w:p>
      <w:r>
        <w:rPr>
          <w:b/>
        </w:rPr>
        <w:t xml:space="preserve">SAY THIS: </w:t>
      </w:r>
      <w:r>
        <w:t>Find the next open gate.</w:t>
      </w:r>
    </w:p>
    <w:p>
      <w:r>
        <w:rPr>
          <w:b/>
        </w:rPr>
        <w:t xml:space="preserve">LOOK FOR: </w:t>
      </w:r>
      <w:r>
        <w:t>Small touches into gate; head up after exiting.</w:t>
      </w:r>
    </w:p>
    <w:p>
      <w:pPr>
        <w:pStyle w:val="Heading3"/>
      </w:pPr>
      <w:r>
        <w:t>3. Throw-ins in Pairs — 5 min</w:t>
      </w:r>
    </w:p>
    <w:p>
      <w:r>
        <w:rPr>
          <w:b/>
        </w:rPr>
        <w:t xml:space="preserve">SETUP: </w:t>
      </w:r>
      <w:r>
        <w:t>Players in pairs spread along touchline; one ball per pair. No lines.</w:t>
      </w:r>
    </w:p>
    <w:p>
      <w:r>
        <w:rPr>
          <w:b/>
        </w:rPr>
        <w:t xml:space="preserve">DO THIS: </w:t>
      </w:r>
      <w:r>
        <w:t>Demonstrate two hands, ball from behind/over head, both feet down/on or behind line. Partners throw to each other.</w:t>
      </w:r>
    </w:p>
    <w:p>
      <w:r>
        <w:rPr>
          <w:b/>
        </w:rPr>
        <w:t xml:space="preserve">SAY THIS: </w:t>
      </w:r>
      <w:r>
        <w:t>Both feet down. Two hands. Over your head.</w:t>
      </w:r>
    </w:p>
    <w:p>
      <w:r>
        <w:rPr>
          <w:b/>
        </w:rPr>
        <w:t xml:space="preserve">LOOK FOR: </w:t>
      </w:r>
      <w:r>
        <w:t>Comfort with basic motion; keep correction friendly.</w:t>
      </w:r>
    </w:p>
    <w:p>
      <w:pPr>
        <w:pStyle w:val="Heading3"/>
      </w:pPr>
      <w:r>
        <w:t>4. Sharks &amp; Minnows — 10 min</w:t>
      </w:r>
    </w:p>
    <w:p>
      <w:r>
        <w:rPr>
          <w:b/>
        </w:rPr>
        <w:t xml:space="preserve">SETUP: </w:t>
      </w:r>
      <w:r>
        <w:t>20×25 area; minnows each have ball; one shark.</w:t>
      </w:r>
    </w:p>
    <w:p>
      <w:r>
        <w:rPr>
          <w:b/>
        </w:rPr>
        <w:t xml:space="preserve">DO THIS: </w:t>
      </w:r>
      <w:r>
        <w:t>Minnows dribble across; shark knocks balls out; eliminated minnows become sharks.</w:t>
      </w:r>
    </w:p>
    <w:p>
      <w:r>
        <w:rPr>
          <w:b/>
        </w:rPr>
        <w:t xml:space="preserve">SAY THIS: </w:t>
      </w:r>
      <w:r>
        <w:t>Turn away from trouble.</w:t>
      </w:r>
    </w:p>
    <w:p>
      <w:r>
        <w:rPr>
          <w:b/>
        </w:rPr>
        <w:t xml:space="preserve">LOOK FOR: </w:t>
      </w:r>
      <w:r>
        <w:t>Protecting ball, changes of direction.</w:t>
      </w:r>
    </w:p>
    <w:p>
      <w:pPr>
        <w:pStyle w:val="Heading3"/>
      </w:pPr>
      <w:r>
        <w:t>5. Game-Day Scrimmage — 29 min</w:t>
      </w:r>
    </w:p>
    <w:p>
      <w:r>
        <w:rPr>
          <w:b/>
        </w:rPr>
        <w:t xml:space="preserve">SETUP: </w:t>
      </w:r>
      <w:r>
        <w:t>4v4, no goalkeeper; mark build-out line.</w:t>
      </w:r>
    </w:p>
    <w:p>
      <w:r>
        <w:rPr>
          <w:b/>
        </w:rPr>
        <w:t xml:space="preserve">DO THIS: </w:t>
      </w:r>
      <w:r>
        <w:t>Use throw-ins whenever ball leaves touchline. On goal kicks, opponents retreat behind build-out line. Coach helps players understand positioning.</w:t>
      </w:r>
    </w:p>
    <w:p>
      <w:r>
        <w:rPr>
          <w:b/>
        </w:rPr>
        <w:t xml:space="preserve">SAY THIS: </w:t>
      </w:r>
      <w:r>
        <w:t>Throw it in correctly. Get behind the build-out line. Everybody up when we attack.</w:t>
      </w:r>
    </w:p>
    <w:p>
      <w:r>
        <w:rPr>
          <w:b/>
        </w:rPr>
        <w:t xml:space="preserve">LOOK FOR: </w:t>
      </w:r>
      <w:r>
        <w:t>Natural repetitions of game restarts.</w:t>
      </w:r>
    </w:p>
    <w:p>
      <w:r>
        <w:t>45-minute version: Dribble Traffic 7 | Gates 7 | Throw-ins 5 | Sharks 8 | Scrimmage 18.</w:t>
      </w:r>
    </w:p>
    <w:p>
      <w:pPr>
        <w:pStyle w:val="Heading2"/>
      </w:pPr>
      <w:r>
        <w:t>Week 3 — Passing &amp; Game Ready</w:t>
      </w:r>
    </w:p>
    <w:p>
      <w:r>
        <w:t>Goal: Introduce passing as a way to help a teammate and use the final scrimmage as a first-game dress rehearsal.</w:t>
      </w:r>
    </w:p>
    <w:p>
      <w:pPr>
        <w:pStyle w:val="Heading3"/>
      </w:pPr>
      <w:r>
        <w:t>1. Partner Adventure — 8 min</w:t>
      </w:r>
    </w:p>
    <w:p>
      <w:r>
        <w:rPr>
          <w:b/>
        </w:rPr>
        <w:t xml:space="preserve">SETUP: </w:t>
      </w:r>
      <w:r>
        <w:t>Pairs, one ball per pair; scattered cone gates.</w:t>
      </w:r>
    </w:p>
    <w:p>
      <w:r>
        <w:rPr>
          <w:b/>
        </w:rPr>
        <w:t xml:space="preserve">DO THIS: </w:t>
      </w:r>
      <w:r>
        <w:t>Partners pass through gates and immediately find another gate.</w:t>
      </w:r>
    </w:p>
    <w:p>
      <w:r>
        <w:rPr>
          <w:b/>
        </w:rPr>
        <w:t xml:space="preserve">SAY THIS: </w:t>
      </w:r>
      <w:r>
        <w:t>Pass, then move.</w:t>
      </w:r>
    </w:p>
    <w:p>
      <w:r>
        <w:rPr>
          <w:b/>
        </w:rPr>
        <w:t xml:space="preserve">LOOK FOR: </w:t>
      </w:r>
      <w:r>
        <w:t>Passes a teammate can reach; movement after pass.</w:t>
      </w:r>
    </w:p>
    <w:p>
      <w:pPr>
        <w:pStyle w:val="Heading3"/>
      </w:pPr>
      <w:r>
        <w:t>2. Find a New Home — 8 min</w:t>
      </w:r>
    </w:p>
    <w:p>
      <w:r>
        <w:rPr>
          <w:b/>
        </w:rPr>
        <w:t xml:space="preserve">SETUP: </w:t>
      </w:r>
      <w:r>
        <w:t>Same gates and pairs.</w:t>
      </w:r>
    </w:p>
    <w:p>
      <w:r>
        <w:rPr>
          <w:b/>
        </w:rPr>
        <w:t xml:space="preserve">DO THIS: </w:t>
      </w:r>
      <w:r>
        <w:t>After passing through one gate, pair must move to a different gate.</w:t>
      </w:r>
    </w:p>
    <w:p>
      <w:r>
        <w:rPr>
          <w:b/>
        </w:rPr>
        <w:t xml:space="preserve">SAY THIS: </w:t>
      </w:r>
      <w:r>
        <w:t>Pass and MOVE.</w:t>
      </w:r>
    </w:p>
    <w:p>
      <w:r>
        <w:rPr>
          <w:b/>
        </w:rPr>
        <w:t xml:space="preserve">LOOK FOR: </w:t>
      </w:r>
      <w:r>
        <w:t>Players looking for space rather than standing.</w:t>
      </w:r>
    </w:p>
    <w:p>
      <w:pPr>
        <w:pStyle w:val="Heading3"/>
      </w:pPr>
      <w:r>
        <w:t>3. Keep-Away — 9 min</w:t>
      </w:r>
    </w:p>
    <w:p>
      <w:r>
        <w:rPr>
          <w:b/>
        </w:rPr>
        <w:t xml:space="preserve">SETUP: </w:t>
      </w:r>
      <w:r>
        <w:t>Groups of 3: two attackers and one defender in small boxes.</w:t>
      </w:r>
    </w:p>
    <w:p>
      <w:r>
        <w:rPr>
          <w:b/>
        </w:rPr>
        <w:t xml:space="preserve">DO THIS: </w:t>
      </w:r>
      <w:r>
        <w:t>Attackers pass to keep possession; rotate defender often.</w:t>
      </w:r>
    </w:p>
    <w:p>
      <w:r>
        <w:rPr>
          <w:b/>
        </w:rPr>
        <w:t xml:space="preserve">SAY THIS: </w:t>
      </w:r>
      <w:r>
        <w:t>Can you get away from the defender?</w:t>
      </w:r>
    </w:p>
    <w:p>
      <w:r>
        <w:rPr>
          <w:b/>
        </w:rPr>
        <w:t xml:space="preserve">LOOK FOR: </w:t>
      </w:r>
      <w:r>
        <w:t>Finding space and receiving.</w:t>
      </w:r>
    </w:p>
    <w:p>
      <w:pPr>
        <w:pStyle w:val="Heading3"/>
      </w:pPr>
      <w:r>
        <w:t>4. 2v1 to Goal — 10 min</w:t>
      </w:r>
    </w:p>
    <w:p>
      <w:r>
        <w:rPr>
          <w:b/>
        </w:rPr>
        <w:t xml:space="preserve">SETUP: </w:t>
      </w:r>
      <w:r>
        <w:t>Several mini-fields; two attackers vs one defender.</w:t>
      </w:r>
    </w:p>
    <w:p>
      <w:r>
        <w:rPr>
          <w:b/>
        </w:rPr>
        <w:t xml:space="preserve">DO THIS: </w:t>
      </w:r>
      <w:r>
        <w:t>Attackers choose dribble or pass to score.</w:t>
      </w:r>
    </w:p>
    <w:p>
      <w:r>
        <w:rPr>
          <w:b/>
        </w:rPr>
        <w:t xml:space="preserve">SAY THIS: </w:t>
      </w:r>
      <w:r>
        <w:t>What could you do when the defender comes to you?</w:t>
      </w:r>
    </w:p>
    <w:p>
      <w:r>
        <w:rPr>
          <w:b/>
        </w:rPr>
        <w:t xml:space="preserve">LOOK FOR: </w:t>
      </w:r>
      <w:r>
        <w:t>Decision-making rather than forced passing.</w:t>
      </w:r>
    </w:p>
    <w:p>
      <w:pPr>
        <w:pStyle w:val="Heading3"/>
      </w:pPr>
      <w:r>
        <w:t>5. Game-Ready Scrimmage — 25 min</w:t>
      </w:r>
    </w:p>
    <w:p>
      <w:r>
        <w:rPr>
          <w:b/>
        </w:rPr>
        <w:t xml:space="preserve">SETUP: </w:t>
      </w:r>
      <w:r>
        <w:t>4v4, no goalkeeper.</w:t>
      </w:r>
    </w:p>
    <w:p>
      <w:r>
        <w:rPr>
          <w:b/>
        </w:rPr>
        <w:t xml:space="preserve">DO THIS: </w:t>
      </w:r>
      <w:r>
        <w:t>Use proper throw-ins, goal kicks, corners, kickoffs, indirect restarts, build-out line, and goal-arc rules.</w:t>
      </w:r>
    </w:p>
    <w:p>
      <w:r>
        <w:rPr>
          <w:b/>
        </w:rPr>
        <w:t xml:space="preserve">SAY THIS: </w:t>
      </w:r>
      <w:r>
        <w:t>Let the restart teach the rule.</w:t>
      </w:r>
    </w:p>
    <w:p>
      <w:r>
        <w:rPr>
          <w:b/>
        </w:rPr>
        <w:t xml:space="preserve">LOOK FOR: </w:t>
      </w:r>
      <w:r>
        <w:t>Comfort with Saturday procedures.</w:t>
      </w:r>
    </w:p>
    <w:p>
      <w:r>
        <w:t>45-minute version: Partner Adventure 7 | Find New Home 7 | 2v1 10 | Game-Ready Scrimmage 21.</w:t>
      </w:r>
    </w:p>
    <w:p>
      <w:pPr>
        <w:pStyle w:val="Heading2"/>
      </w:pPr>
      <w:r>
        <w:t>Week 4 — Shooting &amp; Scoring</w:t>
      </w:r>
    </w:p>
    <w:p>
      <w:r>
        <w:t>Goal: Shoot with purpose and reinforce whole-team attacking.</w:t>
      </w:r>
    </w:p>
    <w:p>
      <w:pPr>
        <w:pStyle w:val="Heading3"/>
      </w:pPr>
      <w:r>
        <w:t>1. Find a Goal — 8 min</w:t>
      </w:r>
    </w:p>
    <w:p>
      <w:r>
        <w:rPr>
          <w:b/>
        </w:rPr>
        <w:t xml:space="preserve">SETUP: </w:t>
      </w:r>
      <w:r>
        <w:t>6–8 small cone goals; every player has ball.</w:t>
      </w:r>
    </w:p>
    <w:p>
      <w:r>
        <w:rPr>
          <w:b/>
        </w:rPr>
        <w:t xml:space="preserve">DO THIS: </w:t>
      </w:r>
      <w:r>
        <w:t>Dribble and score through different goals; right/left-foot challenges.</w:t>
      </w:r>
    </w:p>
    <w:p>
      <w:r>
        <w:rPr>
          <w:b/>
        </w:rPr>
        <w:t xml:space="preserve">SAY THIS: </w:t>
      </w:r>
      <w:r>
        <w:t>Find a goal.</w:t>
      </w:r>
    </w:p>
    <w:p>
      <w:r>
        <w:rPr>
          <w:b/>
        </w:rPr>
        <w:t xml:space="preserve">LOOK FOR: </w:t>
      </w:r>
      <w:r>
        <w:t>Look up, control, shoot.</w:t>
      </w:r>
    </w:p>
    <w:p>
      <w:pPr>
        <w:pStyle w:val="Heading3"/>
      </w:pPr>
      <w:r>
        <w:t>2. Knock Down the Castle — 10 min</w:t>
      </w:r>
    </w:p>
    <w:p>
      <w:r>
        <w:rPr>
          <w:b/>
        </w:rPr>
        <w:t xml:space="preserve">SETUP: </w:t>
      </w:r>
      <w:r>
        <w:t>Several cone 'castles'; groups of 2–3; multiple balls.</w:t>
      </w:r>
    </w:p>
    <w:p>
      <w:r>
        <w:rPr>
          <w:b/>
        </w:rPr>
        <w:t xml:space="preserve">DO THIS: </w:t>
      </w:r>
      <w:r>
        <w:t>Shoot from 6–10 yards to knock down cones.</w:t>
      </w:r>
    </w:p>
    <w:p>
      <w:r>
        <w:rPr>
          <w:b/>
        </w:rPr>
        <w:t xml:space="preserve">SAY THIS: </w:t>
      </w:r>
      <w:r>
        <w:t>Plant foot beside ball; strike through it.</w:t>
      </w:r>
    </w:p>
    <w:p>
      <w:r>
        <w:rPr>
          <w:b/>
        </w:rPr>
        <w:t xml:space="preserve">LOOK FOR: </w:t>
      </w:r>
      <w:r>
        <w:t>Purposeful contact; no long lines.</w:t>
      </w:r>
    </w:p>
    <w:p>
      <w:pPr>
        <w:pStyle w:val="Heading3"/>
      </w:pPr>
      <w:r>
        <w:t>3. Four-Goal Soccer — 12 min</w:t>
      </w:r>
    </w:p>
    <w:p>
      <w:r>
        <w:rPr>
          <w:b/>
        </w:rPr>
        <w:t xml:space="preserve">SETUP: </w:t>
      </w:r>
      <w:r>
        <w:t>2v2/3v3; two goals on each attacking end.</w:t>
      </w:r>
    </w:p>
    <w:p>
      <w:r>
        <w:rPr>
          <w:b/>
        </w:rPr>
        <w:t xml:space="preserve">DO THIS: </w:t>
      </w:r>
      <w:r>
        <w:t>Score in either opponent goal.</w:t>
      </w:r>
    </w:p>
    <w:p>
      <w:r>
        <w:rPr>
          <w:b/>
        </w:rPr>
        <w:t xml:space="preserve">SAY THIS: </w:t>
      </w:r>
      <w:r>
        <w:t>Which goal is open?</w:t>
      </w:r>
    </w:p>
    <w:p>
      <w:r>
        <w:rPr>
          <w:b/>
        </w:rPr>
        <w:t xml:space="preserve">LOOK FOR: </w:t>
      </w:r>
      <w:r>
        <w:t>Head-up decision-making.</w:t>
      </w:r>
    </w:p>
    <w:p>
      <w:pPr>
        <w:pStyle w:val="Heading3"/>
      </w:pPr>
      <w:r>
        <w:t>4. Move Up &amp; Score — 10 min</w:t>
      </w:r>
    </w:p>
    <w:p>
      <w:r>
        <w:rPr>
          <w:b/>
        </w:rPr>
        <w:t xml:space="preserve">SETUP: </w:t>
      </w:r>
      <w:r>
        <w:t>3v3/4v4 on field with build-out lines.</w:t>
      </w:r>
    </w:p>
    <w:p>
      <w:r>
        <w:rPr>
          <w:b/>
        </w:rPr>
        <w:t xml:space="preserve">DO THIS: </w:t>
      </w:r>
      <w:r>
        <w:t>Before shooting, entire attacking team must move to/above defensive build-out line.</w:t>
      </w:r>
    </w:p>
    <w:p>
      <w:r>
        <w:rPr>
          <w:b/>
        </w:rPr>
        <w:t xml:space="preserve">SAY THIS: </w:t>
      </w:r>
      <w:r>
        <w:t>Everybody up!</w:t>
      </w:r>
    </w:p>
    <w:p>
      <w:r>
        <w:rPr>
          <w:b/>
        </w:rPr>
        <w:t xml:space="preserve">LOOK FOR: </w:t>
      </w:r>
      <w:r>
        <w:t>Whole-team movement with attack.</w:t>
      </w:r>
    </w:p>
    <w:p>
      <w:pPr>
        <w:pStyle w:val="Heading3"/>
      </w:pPr>
      <w:r>
        <w:t>5. Game-Day Scrimmage — 20 min</w:t>
      </w:r>
    </w:p>
    <w:p>
      <w:r>
        <w:rPr>
          <w:b/>
        </w:rPr>
        <w:t xml:space="preserve">SETUP: </w:t>
      </w:r>
      <w:r>
        <w:t>4v4, no goalkeeper.</w:t>
      </w:r>
    </w:p>
    <w:p>
      <w:r>
        <w:rPr>
          <w:b/>
        </w:rPr>
        <w:t xml:space="preserve">DO THIS: </w:t>
      </w:r>
      <w:r>
        <w:t>Use proper restarts; reinforce scoring/build-out rule.</w:t>
      </w:r>
    </w:p>
    <w:p>
      <w:r>
        <w:rPr>
          <w:b/>
        </w:rPr>
        <w:t xml:space="preserve">SAY THIS: </w:t>
      </w:r>
      <w:r>
        <w:t>Attack together.</w:t>
      </w:r>
    </w:p>
    <w:p>
      <w:r>
        <w:rPr>
          <w:b/>
        </w:rPr>
        <w:t xml:space="preserve">LOOK FOR: </w:t>
      </w:r>
      <w:r>
        <w:t>Shooting decisions and team movement.</w:t>
      </w:r>
    </w:p>
    <w:p>
      <w:pPr>
        <w:pStyle w:val="Heading2"/>
      </w:pPr>
      <w:r>
        <w:t>Week 5 — 1v1 Attacking</w:t>
      </w:r>
    </w:p>
    <w:p>
      <w:r>
        <w:t>Goal: Confidence taking on a defender, changing direction, and accelerating into space.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Choose ONE issue from prior game.</w:t>
      </w:r>
    </w:p>
    <w:p>
      <w:r>
        <w:rPr>
          <w:b/>
        </w:rPr>
        <w:t xml:space="preserve">DO THIS: </w:t>
      </w:r>
      <w:r>
        <w:t>Quickly revisit throw-ins, build-out line, spacing, or another single issue.</w:t>
      </w:r>
    </w:p>
    <w:p>
      <w:r>
        <w:rPr>
          <w:b/>
        </w:rPr>
        <w:t xml:space="preserve">SAY THIS: </w:t>
      </w:r>
      <w:r>
        <w:t>One fix, then move on.</w:t>
      </w:r>
    </w:p>
    <w:p>
      <w:r>
        <w:rPr>
          <w:b/>
        </w:rPr>
        <w:t xml:space="preserve">LOOK FOR: </w:t>
      </w:r>
      <w:r>
        <w:t>Keep it brief.</w:t>
      </w:r>
    </w:p>
    <w:p>
      <w:pPr>
        <w:pStyle w:val="Heading3"/>
      </w:pPr>
      <w:r>
        <w:t>2. Escape the Box — 8 min</w:t>
      </w:r>
    </w:p>
    <w:p>
      <w:r>
        <w:rPr>
          <w:b/>
        </w:rPr>
        <w:t xml:space="preserve">SETUP: </w:t>
      </w:r>
      <w:r>
        <w:t>20×20 square; every player has ball; coach as passive defender.</w:t>
      </w:r>
    </w:p>
    <w:p>
      <w:r>
        <w:rPr>
          <w:b/>
        </w:rPr>
        <w:t xml:space="preserve">DO THIS: </w:t>
      </w:r>
      <w:r>
        <w:t>Dribble; turn away when coach blocks path.</w:t>
      </w:r>
    </w:p>
    <w:p>
      <w:r>
        <w:rPr>
          <w:b/>
        </w:rPr>
        <w:t xml:space="preserve">SAY THIS: </w:t>
      </w:r>
      <w:r>
        <w:t>Can you escape somewhere else?</w:t>
      </w:r>
    </w:p>
    <w:p>
      <w:r>
        <w:rPr>
          <w:b/>
        </w:rPr>
        <w:t xml:space="preserve">LOOK FOR: </w:t>
      </w:r>
      <w:r>
        <w:t>Head up, change direction.</w:t>
      </w:r>
    </w:p>
    <w:p>
      <w:pPr>
        <w:pStyle w:val="Heading3"/>
      </w:pPr>
      <w:r>
        <w:t>3. The Pullback — 8 min</w:t>
      </w:r>
    </w:p>
    <w:p>
      <w:r>
        <w:rPr>
          <w:b/>
        </w:rPr>
        <w:t xml:space="preserve">SETUP: </w:t>
      </w:r>
      <w:r>
        <w:t>Every player has ball; scattered cones.</w:t>
      </w:r>
    </w:p>
    <w:p>
      <w:r>
        <w:rPr>
          <w:b/>
        </w:rPr>
        <w:t xml:space="preserve">DO THIS: </w:t>
      </w:r>
      <w:r>
        <w:t>Dribble toward cone, sole on ball, pull back, turn, accelerate.</w:t>
      </w:r>
    </w:p>
    <w:p>
      <w:r>
        <w:rPr>
          <w:b/>
        </w:rPr>
        <w:t xml:space="preserve">SAY THIS: </w:t>
      </w:r>
      <w:r>
        <w:t>Pull it back and GO.</w:t>
      </w:r>
    </w:p>
    <w:p>
      <w:r>
        <w:rPr>
          <w:b/>
        </w:rPr>
        <w:t xml:space="preserve">LOOK FOR: </w:t>
      </w:r>
      <w:r>
        <w:t>Simple move, then speed away.</w:t>
      </w:r>
    </w:p>
    <w:p>
      <w:pPr>
        <w:pStyle w:val="Heading3"/>
      </w:pPr>
      <w:r>
        <w:t>4. Escape Through the Gate — 10 min</w:t>
      </w:r>
    </w:p>
    <w:p>
      <w:r>
        <w:rPr>
          <w:b/>
        </w:rPr>
        <w:t xml:space="preserve">SETUP: </w:t>
      </w:r>
      <w:r>
        <w:t>Multiple 10×10 mini-fields; two scoring gates per field.</w:t>
      </w:r>
    </w:p>
    <w:p>
      <w:r>
        <w:rPr>
          <w:b/>
        </w:rPr>
        <w:t xml:space="preserve">DO THIS: </w:t>
      </w:r>
      <w:r>
        <w:t>1v1; attacker scores by dribbling through either gate.</w:t>
      </w:r>
    </w:p>
    <w:p>
      <w:r>
        <w:rPr>
          <w:b/>
        </w:rPr>
        <w:t xml:space="preserve">SAY THIS: </w:t>
      </w:r>
      <w:r>
        <w:t>Where's the open gate?</w:t>
      </w:r>
    </w:p>
    <w:p>
      <w:r>
        <w:rPr>
          <w:b/>
        </w:rPr>
        <w:t xml:space="preserve">LOOK FOR: </w:t>
      </w:r>
      <w:r>
        <w:t>Choosing direction; using moves as tools.</w:t>
      </w:r>
    </w:p>
    <w:p>
      <w:pPr>
        <w:pStyle w:val="Heading3"/>
      </w:pPr>
      <w:r>
        <w:t>5. 2v2 — 10 min</w:t>
      </w:r>
    </w:p>
    <w:p>
      <w:r>
        <w:rPr>
          <w:b/>
        </w:rPr>
        <w:t xml:space="preserve">SETUP: </w:t>
      </w:r>
      <w:r>
        <w:t>Small fields; one goal each end.</w:t>
      </w:r>
    </w:p>
    <w:p>
      <w:r>
        <w:rPr>
          <w:b/>
        </w:rPr>
        <w:t xml:space="preserve">DO THIS: </w:t>
      </w:r>
      <w:r>
        <w:t>Free play 2v2.</w:t>
      </w:r>
    </w:p>
    <w:p>
      <w:r>
        <w:rPr>
          <w:b/>
        </w:rPr>
        <w:t xml:space="preserve">SAY THIS: </w:t>
      </w:r>
      <w:r>
        <w:t>Dribble or pass — your choice.</w:t>
      </w:r>
    </w:p>
    <w:p>
      <w:r>
        <w:rPr>
          <w:b/>
        </w:rPr>
        <w:t xml:space="preserve">LOOK FOR: </w:t>
      </w:r>
      <w:r>
        <w:t>Repeated decisions, lots of touches.</w:t>
      </w:r>
    </w:p>
    <w:p>
      <w:pPr>
        <w:pStyle w:val="Heading3"/>
      </w:pPr>
      <w:r>
        <w:t>6. Game-Day Scrimmage — 19 min</w:t>
      </w:r>
    </w:p>
    <w:p>
      <w:r>
        <w:rPr>
          <w:b/>
        </w:rPr>
        <w:t xml:space="preserve">SETUP: </w:t>
      </w:r>
      <w:r>
        <w:t>4v4, no goalkeeper.</w:t>
      </w:r>
    </w:p>
    <w:p>
      <w:r>
        <w:rPr>
          <w:b/>
        </w:rPr>
        <w:t xml:space="preserve">DO THIS: </w:t>
      </w:r>
      <w:r>
        <w:t>Normal SVFL restarts; reinforce build-out line and throw-ins.</w:t>
      </w:r>
    </w:p>
    <w:p>
      <w:r>
        <w:rPr>
          <w:b/>
        </w:rPr>
        <w:t xml:space="preserve">SAY THIS: </w:t>
      </w:r>
      <w:r>
        <w:t>Everybody up when we attack.</w:t>
      </w:r>
    </w:p>
    <w:p>
      <w:r>
        <w:rPr>
          <w:b/>
        </w:rPr>
        <w:t xml:space="preserve">LOOK FOR: </w:t>
      </w:r>
      <w:r>
        <w:t>Confidence and decision-making.</w:t>
      </w:r>
    </w:p>
    <w:p>
      <w:pPr>
        <w:pStyle w:val="Heading2"/>
      </w:pPr>
      <w:r>
        <w:t>Week 6 — Defending &amp; Winning It</w:t>
      </w:r>
    </w:p>
    <w:p>
      <w:r>
        <w:t>Goal: Get between attacker and goal, slow the attacker, stay on feet, and win the ball at the right moment.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Choose one game issue.</w:t>
      </w:r>
    </w:p>
    <w:p>
      <w:r>
        <w:rPr>
          <w:b/>
        </w:rPr>
        <w:t xml:space="preserve">DO THIS: </w:t>
      </w:r>
      <w:r>
        <w:t>Brief correction/repetition.</w:t>
      </w:r>
    </w:p>
    <w:p>
      <w:r>
        <w:rPr>
          <w:b/>
        </w:rPr>
        <w:t xml:space="preserve">SAY THIS: </w:t>
      </w:r>
      <w:r>
        <w:t>One thing today.</w:t>
      </w:r>
    </w:p>
    <w:p>
      <w:r>
        <w:rPr>
          <w:b/>
        </w:rPr>
        <w:t xml:space="preserve">LOOK FOR: </w:t>
      </w:r>
      <w:r>
        <w:t>No lecture.</w:t>
      </w:r>
    </w:p>
    <w:p>
      <w:pPr>
        <w:pStyle w:val="Heading3"/>
      </w:pPr>
      <w:r>
        <w:t>2. Mirror Me — 7 min</w:t>
      </w:r>
    </w:p>
    <w:p>
      <w:r>
        <w:rPr>
          <w:b/>
        </w:rPr>
        <w:t xml:space="preserve">SETUP: </w:t>
      </w:r>
      <w:r>
        <w:t>Pairs; initially no ball.</w:t>
      </w:r>
    </w:p>
    <w:p>
      <w:r>
        <w:rPr>
          <w:b/>
        </w:rPr>
        <w:t xml:space="preserve">DO THIS: </w:t>
      </w:r>
      <w:r>
        <w:t>Leader moves left/right/forward/back; partner mirrors. Then leader dribbles ball.</w:t>
      </w:r>
    </w:p>
    <w:p>
      <w:r>
        <w:rPr>
          <w:b/>
        </w:rPr>
        <w:t xml:space="preserve">SAY THIS: </w:t>
      </w:r>
      <w:r>
        <w:t>Stay facing them. Little steps.</w:t>
      </w:r>
    </w:p>
    <w:p>
      <w:r>
        <w:rPr>
          <w:b/>
        </w:rPr>
        <w:t xml:space="preserve">LOOK FOR: </w:t>
      </w:r>
      <w:r>
        <w:t>Body position and balance.</w:t>
      </w:r>
    </w:p>
    <w:p>
      <w:pPr>
        <w:pStyle w:val="Heading3"/>
      </w:pPr>
      <w:r>
        <w:t>3. Guard the Gate — 10 min</w:t>
      </w:r>
    </w:p>
    <w:p>
      <w:r>
        <w:rPr>
          <w:b/>
        </w:rPr>
        <w:t xml:space="preserve">SETUP: </w:t>
      </w:r>
      <w:r>
        <w:t>Pairs; cone gate; one ball.</w:t>
      </w:r>
    </w:p>
    <w:p>
      <w:r>
        <w:rPr>
          <w:b/>
        </w:rPr>
        <w:t xml:space="preserve">DO THIS: </w:t>
      </w:r>
      <w:r>
        <w:t>Defender first blocks without stealing; later may win ball.</w:t>
      </w:r>
    </w:p>
    <w:p>
      <w:r>
        <w:rPr>
          <w:b/>
        </w:rPr>
        <w:t xml:space="preserve">SAY THIS: </w:t>
      </w:r>
      <w:r>
        <w:t>Stay between them and the gate.</w:t>
      </w:r>
    </w:p>
    <w:p>
      <w:r>
        <w:rPr>
          <w:b/>
        </w:rPr>
        <w:t xml:space="preserve">LOOK FOR: </w:t>
      </w:r>
      <w:r>
        <w:t>Position before tackling.</w:t>
      </w:r>
    </w:p>
    <w:p>
      <w:pPr>
        <w:pStyle w:val="Heading3"/>
      </w:pPr>
      <w:r>
        <w:t>4. 1v1 — Slow Them Down — 10 min</w:t>
      </w:r>
    </w:p>
    <w:p>
      <w:r>
        <w:rPr>
          <w:b/>
        </w:rPr>
        <w:t xml:space="preserve">SETUP: </w:t>
      </w:r>
      <w:r>
        <w:t>Mini-field with goal.</w:t>
      </w:r>
    </w:p>
    <w:p>
      <w:r>
        <w:rPr>
          <w:b/>
        </w:rPr>
        <w:t xml:space="preserve">DO THIS: </w:t>
      </w:r>
      <w:r>
        <w:t>Attacker goes to goal; defender delays and waits for bad touch.</w:t>
      </w:r>
    </w:p>
    <w:p>
      <w:r>
        <w:rPr>
          <w:b/>
        </w:rPr>
        <w:t xml:space="preserve">SAY THIS: </w:t>
      </w:r>
      <w:r>
        <w:t>Don't let them get to goal. Stay on your feet.</w:t>
      </w:r>
    </w:p>
    <w:p>
      <w:r>
        <w:rPr>
          <w:b/>
        </w:rPr>
        <w:t xml:space="preserve">LOOK FOR: </w:t>
      </w:r>
      <w:r>
        <w:t>Patience and positioning.</w:t>
      </w:r>
    </w:p>
    <w:p>
      <w:pPr>
        <w:pStyle w:val="Heading3"/>
      </w:pPr>
      <w:r>
        <w:t>5. Win It — Now Attack — 10 min</w:t>
      </w:r>
    </w:p>
    <w:p>
      <w:r>
        <w:rPr>
          <w:b/>
        </w:rPr>
        <w:t xml:space="preserve">SETUP: </w:t>
      </w:r>
      <w:r>
        <w:t>1v1 field with goal on each end.</w:t>
      </w:r>
    </w:p>
    <w:p>
      <w:r>
        <w:rPr>
          <w:b/>
        </w:rPr>
        <w:t xml:space="preserve">DO THIS: </w:t>
      </w:r>
      <w:r>
        <w:t>When defender wins ball, immediately attacks opposite goal.</w:t>
      </w:r>
    </w:p>
    <w:p>
      <w:r>
        <w:rPr>
          <w:b/>
        </w:rPr>
        <w:t xml:space="preserve">SAY THIS: </w:t>
      </w:r>
      <w:r>
        <w:t>Win it, then GO.</w:t>
      </w:r>
    </w:p>
    <w:p>
      <w:r>
        <w:rPr>
          <w:b/>
        </w:rPr>
        <w:t xml:space="preserve">LOOK FOR: </w:t>
      </w:r>
      <w:r>
        <w:t>Transition from defense to attack.</w:t>
      </w:r>
    </w:p>
    <w:p>
      <w:pPr>
        <w:pStyle w:val="Heading3"/>
      </w:pPr>
      <w:r>
        <w:t>6. Game-Day Scrimmage — 18 min</w:t>
      </w:r>
    </w:p>
    <w:p>
      <w:r>
        <w:rPr>
          <w:b/>
        </w:rPr>
        <w:t xml:space="preserve">SETUP: </w:t>
      </w:r>
      <w:r>
        <w:t>4v4.</w:t>
      </w:r>
    </w:p>
    <w:p>
      <w:r>
        <w:rPr>
          <w:b/>
        </w:rPr>
        <w:t xml:space="preserve">DO THIS: </w:t>
      </w:r>
      <w:r>
        <w:t>Watch what happens after possession changes.</w:t>
      </w:r>
    </w:p>
    <w:p>
      <w:r>
        <w:rPr>
          <w:b/>
        </w:rPr>
        <w:t xml:space="preserve">SAY THIS: </w:t>
      </w:r>
      <w:r>
        <w:t>Can you get between them and our goal? Where's the space?</w:t>
      </w:r>
    </w:p>
    <w:p>
      <w:r>
        <w:rPr>
          <w:b/>
        </w:rPr>
        <w:t xml:space="preserve">LOOK FOR: </w:t>
      </w:r>
      <w:r>
        <w:t>Transition behavior.</w:t>
      </w:r>
    </w:p>
    <w:p>
      <w:pPr>
        <w:pStyle w:val="Heading2"/>
      </w:pPr>
      <w:r>
        <w:t>Week 7 — Playing Together &amp; Finding Space</w:t>
      </w:r>
    </w:p>
    <w:p>
      <w:r>
        <w:t>Goal: Reduce 'everyone chasing the ball' by teaching players to find useful empty space.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Choose one game issue.</w:t>
      </w:r>
    </w:p>
    <w:p>
      <w:r>
        <w:rPr>
          <w:b/>
        </w:rPr>
        <w:t xml:space="preserve">DO THIS: </w:t>
      </w:r>
      <w:r>
        <w:t>Brief correction.</w:t>
      </w:r>
    </w:p>
    <w:p>
      <w:r>
        <w:rPr>
          <w:b/>
        </w:rPr>
        <w:t xml:space="preserve">SAY THIS: </w:t>
      </w:r>
      <w:r>
        <w:t>One thing.</w:t>
      </w:r>
    </w:p>
    <w:p>
      <w:r>
        <w:rPr>
          <w:b/>
        </w:rPr>
        <w:t xml:space="preserve">LOOK FOR: </w:t>
      </w:r>
      <w:r>
        <w:t>Move on quickly.</w:t>
      </w:r>
    </w:p>
    <w:p>
      <w:pPr>
        <w:pStyle w:val="Heading3"/>
      </w:pPr>
      <w:r>
        <w:t>2. Find an Island — 7 min</w:t>
      </w:r>
    </w:p>
    <w:p>
      <w:r>
        <w:rPr>
          <w:b/>
        </w:rPr>
        <w:t xml:space="preserve">SETUP: </w:t>
      </w:r>
      <w:r>
        <w:t>8–10 cone gates/islands; every player has ball.</w:t>
      </w:r>
    </w:p>
    <w:p>
      <w:r>
        <w:rPr>
          <w:b/>
        </w:rPr>
        <w:t xml:space="preserve">DO THIS: </w:t>
      </w:r>
      <w:r>
        <w:t>Coach calls Find an Empty Island; only one player per island.</w:t>
      </w:r>
    </w:p>
    <w:p>
      <w:r>
        <w:rPr>
          <w:b/>
        </w:rPr>
        <w:t xml:space="preserve">SAY THIS: </w:t>
      </w:r>
      <w:r>
        <w:t>Find the empty space.</w:t>
      </w:r>
    </w:p>
    <w:p>
      <w:r>
        <w:rPr>
          <w:b/>
        </w:rPr>
        <w:t xml:space="preserve">LOOK FOR: </w:t>
      </w:r>
      <w:r>
        <w:t>Looking up and avoiding crowds.</w:t>
      </w:r>
    </w:p>
    <w:p>
      <w:pPr>
        <w:pStyle w:val="Heading3"/>
      </w:pPr>
      <w:r>
        <w:t>3. Pass &amp; Find New Space — 8 min</w:t>
      </w:r>
    </w:p>
    <w:p>
      <w:r>
        <w:rPr>
          <w:b/>
        </w:rPr>
        <w:t xml:space="preserve">SETUP: </w:t>
      </w:r>
      <w:r>
        <w:t>Pairs, one ball, scattered gates.</w:t>
      </w:r>
    </w:p>
    <w:p>
      <w:r>
        <w:rPr>
          <w:b/>
        </w:rPr>
        <w:t xml:space="preserve">DO THIS: </w:t>
      </w:r>
      <w:r>
        <w:t>Pass through gate, then passer moves toward a different gate.</w:t>
      </w:r>
    </w:p>
    <w:p>
      <w:r>
        <w:rPr>
          <w:b/>
        </w:rPr>
        <w:t xml:space="preserve">SAY THIS: </w:t>
      </w:r>
      <w:r>
        <w:t>Pass — MOVE.</w:t>
      </w:r>
    </w:p>
    <w:p>
      <w:r>
        <w:rPr>
          <w:b/>
        </w:rPr>
        <w:t xml:space="preserve">LOOK FOR: </w:t>
      </w:r>
      <w:r>
        <w:t>Separation and support.</w:t>
      </w:r>
    </w:p>
    <w:p>
      <w:pPr>
        <w:pStyle w:val="Heading3"/>
      </w:pPr>
      <w:r>
        <w:t>4. Triangle Keep-Away — 10 min</w:t>
      </w:r>
    </w:p>
    <w:p>
      <w:r>
        <w:rPr>
          <w:b/>
        </w:rPr>
        <w:t xml:space="preserve">SETUP: </w:t>
      </w:r>
      <w:r>
        <w:t>3 attackers + 1 defender in 12×12 boxes.</w:t>
      </w:r>
    </w:p>
    <w:p>
      <w:r>
        <w:rPr>
          <w:b/>
        </w:rPr>
        <w:t xml:space="preserve">DO THIS: </w:t>
      </w:r>
      <w:r>
        <w:t>Keep ball; attackers find separate spaces.</w:t>
      </w:r>
    </w:p>
    <w:p>
      <w:r>
        <w:rPr>
          <w:b/>
        </w:rPr>
        <w:t xml:space="preserve">SAY THIS: </w:t>
      </w:r>
      <w:r>
        <w:t>Can all three find their own space?</w:t>
      </w:r>
    </w:p>
    <w:p>
      <w:r>
        <w:rPr>
          <w:b/>
        </w:rPr>
        <w:t xml:space="preserve">LOOK FOR: </w:t>
      </w:r>
      <w:r>
        <w:t>Support angles without formation lecture.</w:t>
      </w:r>
    </w:p>
    <w:p>
      <w:pPr>
        <w:pStyle w:val="Heading3"/>
      </w:pPr>
      <w:r>
        <w:t>5. Wide Goals — 10 min</w:t>
      </w:r>
    </w:p>
    <w:p>
      <w:r>
        <w:rPr>
          <w:b/>
        </w:rPr>
        <w:t xml:space="preserve">SETUP: </w:t>
      </w:r>
      <w:r>
        <w:t>3v3; two goals on each end near outside edges.</w:t>
      </w:r>
    </w:p>
    <w:p>
      <w:r>
        <w:rPr>
          <w:b/>
        </w:rPr>
        <w:t xml:space="preserve">DO THIS: </w:t>
      </w:r>
      <w:r>
        <w:t>Score in either goal.</w:t>
      </w:r>
    </w:p>
    <w:p>
      <w:r>
        <w:rPr>
          <w:b/>
        </w:rPr>
        <w:t xml:space="preserve">SAY THIS: </w:t>
      </w:r>
      <w:r>
        <w:t>Where's the empty goal?</w:t>
      </w:r>
    </w:p>
    <w:p>
      <w:r>
        <w:rPr>
          <w:b/>
        </w:rPr>
        <w:t xml:space="preserve">LOOK FOR: </w:t>
      </w:r>
      <w:r>
        <w:t>Width and recognizing open space.</w:t>
      </w:r>
    </w:p>
    <w:p>
      <w:pPr>
        <w:pStyle w:val="Heading3"/>
      </w:pPr>
      <w:r>
        <w:t>6. Game-Day Scrimmage — 20 min</w:t>
      </w:r>
    </w:p>
    <w:p>
      <w:r>
        <w:rPr>
          <w:b/>
        </w:rPr>
        <w:t xml:space="preserve">SETUP: </w:t>
      </w:r>
      <w:r>
        <w:t>4v4.</w:t>
      </w:r>
    </w:p>
    <w:p>
      <w:r>
        <w:rPr>
          <w:b/>
        </w:rPr>
        <w:t xml:space="preserve">DO THIS: </w:t>
      </w:r>
      <w:r>
        <w:t>Freeze only once or twice; ask who is helping and where empty space is.</w:t>
      </w:r>
    </w:p>
    <w:p>
      <w:r>
        <w:rPr>
          <w:b/>
        </w:rPr>
        <w:t xml:space="preserve">SAY THIS: </w:t>
      </w:r>
      <w:r>
        <w:t>Who can help the ball?</w:t>
      </w:r>
    </w:p>
    <w:p>
      <w:r>
        <w:rPr>
          <w:b/>
        </w:rPr>
        <w:t xml:space="preserve">LOOK FOR: </w:t>
      </w:r>
      <w:r>
        <w:t>Team moves up together without bunching.</w:t>
      </w:r>
    </w:p>
    <w:p>
      <w:pPr>
        <w:pStyle w:val="Heading2"/>
      </w:pPr>
      <w:r>
        <w:t>Week 8 — Soccer Challenge Day</w:t>
      </w:r>
    </w:p>
    <w:p>
      <w:r>
        <w:t>Goal: Review the season through fun competitions and lots of soccer. This page also serves as the reusable FUN PRACTICE.</w:t>
      </w:r>
    </w:p>
    <w:p>
      <w:pPr>
        <w:pStyle w:val="Heading3"/>
      </w:pPr>
      <w:r>
        <w:t>1. Dribbling Challenge — 8 min</w:t>
      </w:r>
    </w:p>
    <w:p>
      <w:r>
        <w:rPr>
          <w:b/>
        </w:rPr>
        <w:t xml:space="preserve">SETUP: </w:t>
      </w:r>
      <w:r>
        <w:t>Every player with ball; scattered cones.</w:t>
      </w:r>
    </w:p>
    <w:p>
      <w:r>
        <w:rPr>
          <w:b/>
        </w:rPr>
        <w:t xml:space="preserve">DO THIS: </w:t>
      </w:r>
      <w:r>
        <w:t>Free drive, cone hunter, pullback turns, final free challenge.</w:t>
      </w:r>
    </w:p>
    <w:p>
      <w:r>
        <w:rPr>
          <w:b/>
        </w:rPr>
        <w:t xml:space="preserve">SAY THIS: </w:t>
      </w:r>
      <w:r>
        <w:t>Show me what you've learned.</w:t>
      </w:r>
    </w:p>
    <w:p>
      <w:r>
        <w:rPr>
          <w:b/>
        </w:rPr>
        <w:t xml:space="preserve">LOOK FOR: </w:t>
      </w:r>
      <w:r>
        <w:t>Control, awareness, confidence.</w:t>
      </w:r>
    </w:p>
    <w:p>
      <w:pPr>
        <w:pStyle w:val="Heading3"/>
      </w:pPr>
      <w:r>
        <w:t>2. Shooting Challenge — 8 min</w:t>
      </w:r>
    </w:p>
    <w:p>
      <w:r>
        <w:rPr>
          <w:b/>
        </w:rPr>
        <w:t xml:space="preserve">SETUP: </w:t>
      </w:r>
      <w:r>
        <w:t>Several small goals; every player with ball.</w:t>
      </w:r>
    </w:p>
    <w:p>
      <w:r>
        <w:rPr>
          <w:b/>
        </w:rPr>
        <w:t xml:space="preserve">DO THIS: </w:t>
      </w:r>
      <w:r>
        <w:t>Score on different goals; weak-foot round; beat own score.</w:t>
      </w:r>
    </w:p>
    <w:p>
      <w:r>
        <w:rPr>
          <w:b/>
        </w:rPr>
        <w:t xml:space="preserve">SAY THIS: </w:t>
      </w:r>
      <w:r>
        <w:t>Find another goal.</w:t>
      </w:r>
    </w:p>
    <w:p>
      <w:r>
        <w:rPr>
          <w:b/>
        </w:rPr>
        <w:t xml:space="preserve">LOOK FOR: </w:t>
      </w:r>
      <w:r>
        <w:t>Lots of shots without lines.</w:t>
      </w:r>
    </w:p>
    <w:p>
      <w:pPr>
        <w:pStyle w:val="Heading3"/>
      </w:pPr>
      <w:r>
        <w:t>3. Passing Challenge — 8 min</w:t>
      </w:r>
    </w:p>
    <w:p>
      <w:r>
        <w:rPr>
          <w:b/>
        </w:rPr>
        <w:t xml:space="preserve">SETUP: </w:t>
      </w:r>
      <w:r>
        <w:t>Pairs; cone gates.</w:t>
      </w:r>
    </w:p>
    <w:p>
      <w:r>
        <w:rPr>
          <w:b/>
        </w:rPr>
        <w:t xml:space="preserve">DO THIS: </w:t>
      </w:r>
      <w:r>
        <w:t>Score for passes through gates; move after pass; beat own score.</w:t>
      </w:r>
    </w:p>
    <w:p>
      <w:r>
        <w:rPr>
          <w:b/>
        </w:rPr>
        <w:t xml:space="preserve">SAY THIS: </w:t>
      </w:r>
      <w:r>
        <w:t>Pass and move.</w:t>
      </w:r>
    </w:p>
    <w:p>
      <w:r>
        <w:rPr>
          <w:b/>
        </w:rPr>
        <w:t xml:space="preserve">LOOK FOR: </w:t>
      </w:r>
      <w:r>
        <w:t>Accuracy and movement.</w:t>
      </w:r>
    </w:p>
    <w:p>
      <w:pPr>
        <w:pStyle w:val="Heading3"/>
      </w:pPr>
      <w:r>
        <w:t>4. 1v1 Festival — 8 min</w:t>
      </w:r>
    </w:p>
    <w:p>
      <w:r>
        <w:rPr>
          <w:b/>
        </w:rPr>
        <w:t xml:space="preserve">SETUP: </w:t>
      </w:r>
      <w:r>
        <w:t>Multiple tiny fields with two goals.</w:t>
      </w:r>
    </w:p>
    <w:p>
      <w:r>
        <w:rPr>
          <w:b/>
        </w:rPr>
        <w:t xml:space="preserve">DO THIS: </w:t>
      </w:r>
      <w:r>
        <w:t>45-second 1v1 games; switch frequently.</w:t>
      </w:r>
    </w:p>
    <w:p>
      <w:r>
        <w:rPr>
          <w:b/>
        </w:rPr>
        <w:t xml:space="preserve">SAY THIS: </w:t>
      </w:r>
      <w:r>
        <w:t>Take them on. Win it back.</w:t>
      </w:r>
    </w:p>
    <w:p>
      <w:r>
        <w:rPr>
          <w:b/>
        </w:rPr>
        <w:t xml:space="preserve">LOOK FOR: </w:t>
      </w:r>
      <w:r>
        <w:t>Attack/defend transitions.</w:t>
      </w:r>
    </w:p>
    <w:p>
      <w:pPr>
        <w:pStyle w:val="Heading3"/>
      </w:pPr>
      <w:r>
        <w:t>5. 2v2 Festival — 8 min</w:t>
      </w:r>
    </w:p>
    <w:p>
      <w:r>
        <w:rPr>
          <w:b/>
        </w:rPr>
        <w:t xml:space="preserve">SETUP: </w:t>
      </w:r>
      <w:r>
        <w:t>Small fields.</w:t>
      </w:r>
    </w:p>
    <w:p>
      <w:r>
        <w:rPr>
          <w:b/>
        </w:rPr>
        <w:t xml:space="preserve">DO THIS: </w:t>
      </w:r>
      <w:r>
        <w:t>Two-minute free games; rotate opponents.</w:t>
      </w:r>
    </w:p>
    <w:p>
      <w:r>
        <w:rPr>
          <w:b/>
        </w:rPr>
        <w:t xml:space="preserve">SAY THIS: </w:t>
      </w:r>
      <w:r>
        <w:t>Play soccer.</w:t>
      </w:r>
    </w:p>
    <w:p>
      <w:r>
        <w:rPr>
          <w:b/>
        </w:rPr>
        <w:t xml:space="preserve">LOOK FOR: </w:t>
      </w:r>
      <w:r>
        <w:t>Dribbling, passing, defending, spacing.</w:t>
      </w:r>
    </w:p>
    <w:p>
      <w:pPr>
        <w:pStyle w:val="Heading3"/>
      </w:pPr>
      <w:r>
        <w:t>6. Final 4v4 Game — 20 min</w:t>
      </w:r>
    </w:p>
    <w:p>
      <w:r>
        <w:rPr>
          <w:b/>
        </w:rPr>
        <w:t xml:space="preserve">SETUP: </w:t>
      </w:r>
      <w:r>
        <w:t>Normal U8 field.</w:t>
      </w:r>
    </w:p>
    <w:p>
      <w:r>
        <w:rPr>
          <w:b/>
        </w:rPr>
        <w:t xml:space="preserve">DO THIS: </w:t>
      </w:r>
      <w:r>
        <w:t>Use normal SVFL restarts; mostly cheer and let them play.</w:t>
      </w:r>
    </w:p>
    <w:p>
      <w:r>
        <w:rPr>
          <w:b/>
        </w:rPr>
        <w:t xml:space="preserve">SAY THIS: </w:t>
      </w:r>
      <w:r>
        <w:t>Tell me one thing you're better at now.</w:t>
      </w:r>
    </w:p>
    <w:p>
      <w:r>
        <w:rPr>
          <w:b/>
        </w:rPr>
        <w:t xml:space="preserve">LOOK FOR: </w:t>
      </w:r>
      <w:r>
        <w:t>Enjoyment and confidence.</w:t>
      </w:r>
    </w:p>
    <w:p>
      <w:pPr>
        <w:pStyle w:val="Heading1"/>
      </w:pPr>
      <w:r>
        <w:t>7. Emergency Practice Page</w:t>
      </w:r>
    </w:p>
    <w:p>
      <w:r>
        <w:t>PAGE TITLE: 🚨 I NEED A PRACTICE RIGHT NOW</w:t>
      </w:r>
    </w:p>
    <w:p>
      <w:r>
        <w:t>Equipment: balls, cones, goals. Preparation required: none.</w:t>
      </w:r>
    </w:p>
    <w:p>
      <w:pPr>
        <w:pStyle w:val="ListBullet"/>
      </w:pPr>
      <w:r>
        <w:rPr>
          <w:b/>
        </w:rPr>
        <w:t xml:space="preserve">10 min — Everybody Has a Ball: </w:t>
      </w:r>
      <w:r>
        <w:t>Dribble freely; call stop, turn, fast, slow, right foot, left foot.</w:t>
      </w:r>
    </w:p>
    <w:p>
      <w:pPr>
        <w:pStyle w:val="ListBullet"/>
      </w:pPr>
      <w:r>
        <w:rPr>
          <w:b/>
        </w:rPr>
        <w:t xml:space="preserve">10 min — Gates: </w:t>
      </w:r>
      <w:r>
        <w:t>Scatter gates. First dribble through them; then pair up and pass through them.</w:t>
      </w:r>
    </w:p>
    <w:p>
      <w:pPr>
        <w:pStyle w:val="ListBullet"/>
      </w:pPr>
      <w:r>
        <w:rPr>
          <w:b/>
        </w:rPr>
        <w:t xml:space="preserve">10 min — Sharks &amp; Minnows: </w:t>
      </w:r>
      <w:r>
        <w:t>Everyone dribbles. Sharks knock balls out; players who lose ball become sharks.</w:t>
      </w:r>
    </w:p>
    <w:p>
      <w:pPr>
        <w:pStyle w:val="ListBullet"/>
      </w:pPr>
      <w:r>
        <w:rPr>
          <w:b/>
        </w:rPr>
        <w:t xml:space="preserve">10 min — 1v1 / 2v2: </w:t>
      </w:r>
      <w:r>
        <w:t>Several tiny fields. Short games. Rotate frequently.</w:t>
      </w:r>
    </w:p>
    <w:p>
      <w:pPr>
        <w:pStyle w:val="ListBullet"/>
      </w:pPr>
      <w:r>
        <w:rPr>
          <w:b/>
        </w:rPr>
        <w:t xml:space="preserve">20 min — 4v4 Scrimmage: </w:t>
      </w:r>
      <w:r>
        <w:t>Use proper U8 restarts and let them play.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2F2F2"/>
          </w:tcPr>
          <w:p>
            <w:r>
              <w:rPr>
                <w:b/>
              </w:rPr>
              <w:t>Coach reassurance</w:t>
              <w:br/>
            </w:r>
            <w:r>
              <w:t>You did not have a bad practice because you did not prepare. The kids got lots of touches on the ball and played soccer. That is a successful U8 practice.</w:t>
            </w:r>
          </w:p>
        </w:tc>
      </w:tr>
    </w:tbl>
    <w:p/>
    <w:p>
      <w:pPr>
        <w:pStyle w:val="Heading1"/>
      </w:pPr>
      <w:r>
        <w:t>8. U8 Game-Day Cheat Sheet</w:t>
      </w:r>
    </w:p>
    <w:p>
      <w:r>
        <w:t>SOURCE: SVFL Youth Soccer Rules, revised 7/15/2026. Website editor should keep this page synchronized with future league rule revisions.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D3"/>
          </w:tcPr>
          <w:p>
            <w:r>
              <w:t>Topic</w:t>
            </w:r>
          </w:p>
        </w:tc>
        <w:tc>
          <w:tcPr>
            <w:tcW w:type="dxa" w:w="5112"/>
            <w:shd w:fill="D9EAD3"/>
          </w:tcPr>
          <w:p>
            <w:r>
              <w:t>U8 Coach Summary</w:t>
            </w:r>
          </w:p>
        </w:tc>
      </w:tr>
      <w:tr>
        <w:tc>
          <w:tcPr>
            <w:tcW w:type="dxa" w:w="5112"/>
            <w:vAlign w:val="top"/>
          </w:tcPr>
          <w:p>
            <w:r>
              <w:t>Format</w:t>
            </w:r>
          </w:p>
        </w:tc>
        <w:tc>
          <w:tcPr>
            <w:tcW w:type="dxa" w:w="5112"/>
            <w:vAlign w:val="top"/>
          </w:tcPr>
          <w:p>
            <w:r>
              <w:t>4v4, no goalkeeper; #3 ball; four 10-minute quarters; 5-minute halftime.</w:t>
            </w:r>
          </w:p>
        </w:tc>
      </w:tr>
      <w:tr>
        <w:tc>
          <w:tcPr>
            <w:tcW w:type="dxa" w:w="5112"/>
            <w:vAlign w:val="top"/>
          </w:tcPr>
          <w:p>
            <w:r>
              <w:t>Participation</w:t>
            </w:r>
          </w:p>
        </w:tc>
        <w:tc>
          <w:tcPr>
            <w:tcW w:type="dxa" w:w="5112"/>
            <w:vAlign w:val="top"/>
          </w:tcPr>
          <w:p>
            <w:r>
              <w:t>All dressed players should play as close to half the game as possible and play in both halves.</w:t>
            </w:r>
          </w:p>
        </w:tc>
      </w:tr>
      <w:tr>
        <w:tc>
          <w:tcPr>
            <w:tcW w:type="dxa" w:w="5112"/>
            <w:vAlign w:val="top"/>
          </w:tcPr>
          <w:p>
            <w:r>
              <w:t>Coaches</w:t>
            </w:r>
          </w:p>
        </w:tc>
        <w:tc>
          <w:tcPr>
            <w:tcW w:type="dxa" w:w="5112"/>
            <w:vAlign w:val="top"/>
          </w:tcPr>
          <w:p>
            <w:r>
              <w:t>Up to three coaches/team manager on sideline; at least one coach with bench. U6/U8 coaches may enter field to set up players and for kickoffs.</w:t>
            </w:r>
          </w:p>
        </w:tc>
      </w:tr>
      <w:tr>
        <w:tc>
          <w:tcPr>
            <w:tcW w:type="dxa" w:w="5112"/>
            <w:vAlign w:val="top"/>
          </w:tcPr>
          <w:p>
            <w:r>
              <w:t>Throw-ins</w:t>
            </w:r>
          </w:p>
        </w:tc>
        <w:tc>
          <w:tcPr>
            <w:tcW w:type="dxa" w:w="5112"/>
            <w:vAlign w:val="top"/>
          </w:tcPr>
          <w:p>
            <w:r>
              <w:t>U8 players receive two chances to execute a throw-in correctly.</w:t>
            </w:r>
          </w:p>
        </w:tc>
      </w:tr>
      <w:tr>
        <w:tc>
          <w:tcPr>
            <w:tcW w:type="dxa" w:w="5112"/>
            <w:vAlign w:val="top"/>
          </w:tcPr>
          <w:p>
            <w:r>
              <w:t>Build-out line</w:t>
            </w:r>
          </w:p>
        </w:tc>
        <w:tc>
          <w:tcPr>
            <w:tcW w:type="dxa" w:w="5112"/>
            <w:vAlign w:val="top"/>
          </w:tcPr>
          <w:p>
            <w:r>
              <w:t>Used at U8. Line is halfway between goal line and midfield. On U8 goal kicks, opponents retreat behind it.</w:t>
            </w:r>
          </w:p>
        </w:tc>
      </w:tr>
      <w:tr>
        <w:tc>
          <w:tcPr>
            <w:tcW w:type="dxa" w:w="5112"/>
            <w:vAlign w:val="top"/>
          </w:tcPr>
          <w:p>
            <w:r>
              <w:t>Ball in play after goal kick</w:t>
            </w:r>
          </w:p>
        </w:tc>
        <w:tc>
          <w:tcPr>
            <w:tcW w:type="dxa" w:w="5112"/>
            <w:vAlign w:val="top"/>
          </w:tcPr>
          <w:p>
            <w:r>
              <w:t>After one-touch possession by another player OR when ball travels past build-out line.</w:t>
            </w:r>
          </w:p>
        </w:tc>
      </w:tr>
      <w:tr>
        <w:tc>
          <w:tcPr>
            <w:tcW w:type="dxa" w:w="5112"/>
            <w:vAlign w:val="top"/>
          </w:tcPr>
          <w:p>
            <w:r>
              <w:t>Scoring rule</w:t>
            </w:r>
          </w:p>
        </w:tc>
        <w:tc>
          <w:tcPr>
            <w:tcW w:type="dxa" w:w="5112"/>
            <w:vAlign w:val="top"/>
          </w:tcPr>
          <w:p>
            <w:r>
              <w:t>U8 may score only if all attacking-team players are at or above the defensive build-out line before the shot.</w:t>
            </w:r>
          </w:p>
        </w:tc>
      </w:tr>
      <w:tr>
        <w:tc>
          <w:tcPr>
            <w:tcW w:type="dxa" w:w="5112"/>
            <w:vAlign w:val="top"/>
          </w:tcPr>
          <w:p>
            <w:r>
              <w:t>Goal arc</w:t>
            </w:r>
          </w:p>
        </w:tc>
        <w:tc>
          <w:tcPr>
            <w:tcW w:type="dxa" w:w="5112"/>
            <w:vAlign w:val="top"/>
          </w:tcPr>
          <w:p>
            <w:r>
              <w:t>U8 uses a 6-foot arc centered on goal. Defender touch inside/on arc → penalty kick. Attacker touch inside/on arc → goal kick. Dead ball in/on arc → goal kick.</w:t>
            </w:r>
          </w:p>
        </w:tc>
      </w:tr>
      <w:tr>
        <w:tc>
          <w:tcPr>
            <w:tcW w:type="dxa" w:w="5112"/>
            <w:vAlign w:val="top"/>
          </w:tcPr>
          <w:p>
            <w:r>
              <w:t>Restarts</w:t>
            </w:r>
          </w:p>
        </w:tc>
        <w:tc>
          <w:tcPr>
            <w:tcW w:type="dxa" w:w="5112"/>
            <w:vAlign w:val="top"/>
          </w:tcPr>
          <w:p>
            <w:r>
              <w:t>U6/U8 restarts are indirect except penalty kicks; indirect free kick must restart with a pass.</w:t>
            </w:r>
          </w:p>
        </w:tc>
      </w:tr>
      <w:tr>
        <w:tc>
          <w:tcPr>
            <w:tcW w:type="dxa" w:w="5112"/>
            <w:vAlign w:val="top"/>
          </w:tcPr>
          <w:p>
            <w:r>
              <w:t>Offside</w:t>
            </w:r>
          </w:p>
        </w:tc>
        <w:tc>
          <w:tcPr>
            <w:tcW w:type="dxa" w:w="5112"/>
            <w:vAlign w:val="top"/>
          </w:tcPr>
          <w:p>
            <w:r>
              <w:t>No offside at U8.</w:t>
            </w:r>
          </w:p>
        </w:tc>
      </w:tr>
      <w:tr>
        <w:tc>
          <w:tcPr>
            <w:tcW w:type="dxa" w:w="5112"/>
            <w:vAlign w:val="top"/>
          </w:tcPr>
          <w:p>
            <w:r>
              <w:t>Heading</w:t>
            </w:r>
          </w:p>
        </w:tc>
        <w:tc>
          <w:tcPr>
            <w:tcW w:type="dxa" w:w="5112"/>
            <w:vAlign w:val="top"/>
          </w:tcPr>
          <w:p>
            <w:r>
              <w:t>No heading at U12 and below.</w:t>
            </w:r>
          </w:p>
        </w:tc>
      </w:tr>
      <w:tr>
        <w:tc>
          <w:tcPr>
            <w:tcW w:type="dxa" w:w="5112"/>
            <w:vAlign w:val="top"/>
          </w:tcPr>
          <w:p>
            <w:r>
              <w:t>Slide tackling</w:t>
            </w:r>
          </w:p>
        </w:tc>
        <w:tc>
          <w:tcPr>
            <w:tcW w:type="dxa" w:w="5112"/>
            <w:vAlign w:val="top"/>
          </w:tcPr>
          <w:p>
            <w:r>
              <w:t>No slide tackling at U12 and below.</w:t>
            </w:r>
          </w:p>
        </w:tc>
      </w:tr>
      <w:tr>
        <w:tc>
          <w:tcPr>
            <w:tcW w:type="dxa" w:w="5112"/>
            <w:vAlign w:val="top"/>
          </w:tcPr>
          <w:p>
            <w:r>
              <w:t>Substitutions</w:t>
            </w:r>
          </w:p>
        </w:tc>
        <w:tc>
          <w:tcPr>
            <w:tcW w:type="dxa" w:w="5112"/>
            <w:vAlign w:val="top"/>
          </w:tcPr>
          <w:p>
            <w:r>
              <w:t>With referee permission at specified dead balls; substitutes ready at midfield.</w:t>
            </w:r>
          </w:p>
        </w:tc>
      </w:tr>
      <w:tr>
        <w:tc>
          <w:tcPr>
            <w:tcW w:type="dxa" w:w="5112"/>
            <w:vAlign w:val="top"/>
          </w:tcPr>
          <w:p>
            <w:r>
              <w:t>Referee communication</w:t>
            </w:r>
          </w:p>
        </w:tc>
        <w:tc>
          <w:tcPr>
            <w:tcW w:type="dxa" w:w="5112"/>
            <w:vAlign w:val="top"/>
          </w:tcPr>
          <w:p>
            <w:r>
              <w:t>Only the head coach may respectfully address questions to the referee.</w:t>
            </w:r>
          </w:p>
        </w:tc>
      </w:tr>
      <w:tr>
        <w:tc>
          <w:tcPr>
            <w:tcW w:type="dxa" w:w="5112"/>
            <w:vAlign w:val="top"/>
          </w:tcPr>
          <w:p>
            <w:r>
              <w:t>Spectators</w:t>
            </w:r>
          </w:p>
        </w:tc>
        <w:tc>
          <w:tcPr>
            <w:tcW w:type="dxa" w:w="5112"/>
            <w:vAlign w:val="top"/>
          </w:tcPr>
          <w:p>
            <w:r>
              <w:t>Parents/fans on opposite side from players/coaches; coaches are responsible for bench/fan behavior.</w:t>
            </w:r>
          </w:p>
        </w:tc>
      </w:tr>
    </w:tbl>
    <w:p/>
    <w:p>
      <w:pPr>
        <w:pStyle w:val="Heading2"/>
      </w:pPr>
      <w:r>
        <w:t>9. Game-Day Expandable Questions</w:t>
      </w:r>
    </w:p>
    <w:p>
      <w:r>
        <w:rPr>
          <w:b/>
        </w:rPr>
        <w:t>BALL WENT OUT — NOW WHAT?</w:t>
      </w:r>
      <w:r>
        <w:br/>
        <w:t>Touchline: throw-in. Goal line off attacker: goal kick. Goal line off defender: corner kick. Goal scored: kickoff.</w:t>
      </w:r>
    </w:p>
    <w:p>
      <w:r>
        <w:rPr>
          <w:b/>
        </w:rPr>
        <w:t>HOW DOES THE BUILD-OUT LINE WORK?</w:t>
      </w:r>
      <w:r>
        <w:br/>
        <w:t>On U8 goal kicks, opponents retreat behind the build-out line. The line is halfway between goal and midfield.</w:t>
      </w:r>
    </w:p>
    <w:p>
      <w:r>
        <w:rPr>
          <w:b/>
        </w:rPr>
        <w:t>WHEN CAN I SUBSTITUTE?</w:t>
      </w:r>
      <w:r>
        <w:br/>
        <w:t>Have substitutes ready at midfield and wait for referee permission at an allowed dead-ball situation.</w:t>
      </w:r>
    </w:p>
    <w:p>
      <w:r>
        <w:rPr>
          <w:b/>
        </w:rPr>
        <w:t>WHAT IS THE GOAL ARC?</w:t>
      </w:r>
      <w:r>
        <w:br/>
        <w:t>The U8 6-foot arc keeps players from using a pseudo-goalkeeper. See the rule summary above.</w:t>
      </w:r>
    </w:p>
    <w:p>
      <w:r>
        <w:rPr>
          <w:b/>
        </w:rPr>
        <w:t>CAN I GO ON THE FIELD?</w:t>
      </w:r>
      <w:r>
        <w:br/>
        <w:t>At U8, coaches may enter to help set up players and for kickoffs.</w:t>
      </w:r>
    </w:p>
    <w:p>
      <w:r>
        <w:rPr>
          <w:b/>
        </w:rPr>
        <w:t>WHAT IF I DISAGREE WITH THE REF?</w:t>
      </w:r>
      <w:r>
        <w:br/>
        <w:t>Only the head coach should respectfully ask the referee questions.</w:t>
      </w:r>
    </w:p>
    <w:p>
      <w:pPr>
        <w:pStyle w:val="Heading1"/>
      </w:pPr>
      <w:r>
        <w:t>10. Website Editor Build Notes</w:t>
      </w:r>
    </w:p>
    <w:p>
      <w:pPr>
        <w:pStyle w:val="ListBullet"/>
      </w:pPr>
      <w:r>
        <w:t>Recommended permanent URL: /coaches (or the closest clean slug supported by the existing site).</w:t>
      </w:r>
    </w:p>
    <w:p>
      <w:pPr>
        <w:pStyle w:val="ListBullet"/>
      </w:pPr>
      <w:r>
        <w:t>Coach Hub landing page should be public and linked from site navigation.</w:t>
      </w:r>
    </w:p>
    <w:p>
      <w:pPr>
        <w:pStyle w:val="ListBullet"/>
      </w:pPr>
      <w:r>
        <w:t>Use cards/buttons large enough for one-handed phone use.</w:t>
      </w:r>
    </w:p>
    <w:p>
      <w:pPr>
        <w:pStyle w:val="ListBullet"/>
      </w:pPr>
      <w:r>
        <w:t>On practice pages, keep the at-a-glance information visible without scrolling far.</w:t>
      </w:r>
    </w:p>
    <w:p>
      <w:pPr>
        <w:pStyle w:val="ListBullet"/>
      </w:pPr>
      <w:r>
        <w:t>Use accordion/collapsible elements for 45-minute version, troubleshooting, and longer rule explanations.</w:t>
      </w:r>
    </w:p>
    <w:p>
      <w:pPr>
        <w:pStyle w:val="ListBullet"/>
      </w:pPr>
      <w:r>
        <w:t>Every U8 page should have persistent navigation back to U8 Coach Center and Game Day.</w:t>
      </w:r>
    </w:p>
    <w:p>
      <w:pPr>
        <w:pStyle w:val="ListBullet"/>
      </w:pPr>
      <w:r>
        <w:t>Add [SHOW ME] placeholders beside activities. These may initially link to simple diagrams; short videos can be added later.</w:t>
      </w:r>
    </w:p>
    <w:p>
      <w:pPr>
        <w:pStyle w:val="ListBullet"/>
      </w:pPr>
      <w:r>
        <w:t>Generate only one QR code: the Coach Hub landing URL. Do not make permanent printed QR codes for individual week pages.</w:t>
      </w:r>
    </w:p>
    <w:p>
      <w:pPr>
        <w:pStyle w:val="ListBullet"/>
      </w:pPr>
      <w:r>
        <w:t>Add a 'Last updated' date to the Game-Day page because league rules can change.</w:t>
      </w:r>
    </w:p>
    <w:p>
      <w:pPr>
        <w:pStyle w:val="ListBullet"/>
      </w:pPr>
      <w:r>
        <w:t>Do not publish older rule summaries without comparing them against the current SVFL rules.</w:t>
      </w:r>
    </w:p>
    <w:p>
      <w:pPr>
        <w:pStyle w:val="Heading1"/>
      </w:pPr>
      <w:r>
        <w:t>11. Diagram / Video Asset List (Future)</w:t>
      </w:r>
    </w:p>
    <w:p>
      <w:pPr>
        <w:pStyle w:val="ListBullet"/>
      </w:pPr>
      <w:r>
        <w:t>U8 field diagram showing midfield, build-out lines, goals, and 6-foot goal arcs.</w:t>
      </w:r>
    </w:p>
    <w:p>
      <w:pPr>
        <w:pStyle w:val="ListBullet"/>
      </w:pPr>
      <w:r>
        <w:t>Correct throw-in illustration.</w:t>
      </w:r>
    </w:p>
    <w:p>
      <w:pPr>
        <w:pStyle w:val="ListBullet"/>
      </w:pPr>
      <w:r>
        <w:t>Goal-kick/build-out-line positioning illustration.</w:t>
      </w:r>
    </w:p>
    <w:p>
      <w:pPr>
        <w:pStyle w:val="ListBullet"/>
      </w:pPr>
      <w:r>
        <w:t>Week 1: Treasure Hunt / 1v1 setup.</w:t>
      </w:r>
    </w:p>
    <w:p>
      <w:pPr>
        <w:pStyle w:val="ListBullet"/>
      </w:pPr>
      <w:r>
        <w:t>Week 2: Gates / Sharks &amp; Minnows setup.</w:t>
      </w:r>
    </w:p>
    <w:p>
      <w:pPr>
        <w:pStyle w:val="ListBullet"/>
      </w:pPr>
      <w:r>
        <w:t>Week 3: 2v1 setup.</w:t>
      </w:r>
    </w:p>
    <w:p>
      <w:pPr>
        <w:pStyle w:val="ListBullet"/>
      </w:pPr>
      <w:r>
        <w:t>Week 4: Four-Goal Soccer / Move Up &amp; Score.</w:t>
      </w:r>
    </w:p>
    <w:p>
      <w:pPr>
        <w:pStyle w:val="ListBullet"/>
      </w:pPr>
      <w:r>
        <w:t>Week 5: Pullback / two-gate 1v1.</w:t>
      </w:r>
    </w:p>
    <w:p>
      <w:pPr>
        <w:pStyle w:val="ListBullet"/>
      </w:pPr>
      <w:r>
        <w:t>Week 6: Guard the Gate / transition 1v1.</w:t>
      </w:r>
    </w:p>
    <w:p>
      <w:pPr>
        <w:pStyle w:val="ListBullet"/>
      </w:pPr>
      <w:r>
        <w:t>Week 7: Wide Goals / keep-away.</w:t>
      </w:r>
    </w:p>
    <w:p>
      <w:pPr>
        <w:pStyle w:val="ListBullet"/>
      </w:pPr>
      <w:r>
        <w:t>Week 8: multi-field festival setup.</w:t>
      </w:r>
    </w:p>
    <w:p>
      <w:pPr>
        <w:pStyle w:val="Heading1"/>
      </w:pPr>
      <w:r>
        <w:t>12. Launch Checklist</w:t>
      </w:r>
    </w:p>
    <w:p>
      <w:r>
        <w:t>☐ Build Coach Hub landing page.</w:t>
      </w:r>
    </w:p>
    <w:p>
      <w:r>
        <w:t>☐ Build U8 Coach Center.</w:t>
      </w:r>
    </w:p>
    <w:p>
      <w:r>
        <w:t>☐ Publish Week 1 and Week 2 first.</w:t>
      </w:r>
    </w:p>
    <w:p>
      <w:r>
        <w:t>☐ Publish Emergency Practice.</w:t>
      </w:r>
    </w:p>
    <w:p>
      <w:r>
        <w:t>☐ Publish U8 Game-Day Cheat Sheet.</w:t>
      </w:r>
    </w:p>
    <w:p>
      <w:r>
        <w:t>☐ Test every page on an iPhone-sized screen at the field.</w:t>
      </w:r>
    </w:p>
    <w:p>
      <w:r>
        <w:t>☐ Adjust font size/button spacing before loading remaining weeks.</w:t>
      </w:r>
    </w:p>
    <w:p>
      <w:r>
        <w:t>☐ Publish Weeks 3–8.</w:t>
      </w:r>
    </w:p>
    <w:p>
      <w:r>
        <w:t>☐ Create permanent Coach Hub QR code.</w:t>
      </w:r>
    </w:p>
    <w:p>
      <w:r>
        <w:t>☐ After U8 is stable, duplicate framework for U10, U12, and U14+.</w:t>
      </w:r>
    </w:p>
    <w:p>
      <w:pPr>
        <w:pStyle w:val="Heading1"/>
      </w:pPr>
      <w:r>
        <w:t>13. Source Notes — SVFL Rules Used</w:t>
      </w:r>
    </w:p>
    <w:p>
      <w:r>
        <w:t>Southern Virginia Futbol League (SVFL), Youth Soccer Rules, revised 7/15/2026. Key source sections used in the U8 material:</w:t>
      </w:r>
    </w:p>
    <w:p>
      <w:pPr>
        <w:pStyle w:val="ListBullet"/>
      </w:pPr>
      <w:r>
        <w:t>Age/game format and ball size: page 1, lines 7–12.</w:t>
      </w:r>
    </w:p>
    <w:p>
      <w:pPr>
        <w:pStyle w:val="ListBullet"/>
      </w:pPr>
      <w:r>
        <w:t>Participation, build-out line, U8 4v4/no goalie: page 1, lines 21–33.</w:t>
      </w:r>
    </w:p>
    <w:p>
      <w:pPr>
        <w:pStyle w:val="ListBullet"/>
      </w:pPr>
      <w:r>
        <w:t>Coach field access: page 2, lines 56–63.</w:t>
      </w:r>
    </w:p>
    <w:p>
      <w:pPr>
        <w:pStyle w:val="ListBullet"/>
      </w:pPr>
      <w:r>
        <w:t>Substitutions: page 2, lines 64–75.</w:t>
      </w:r>
    </w:p>
    <w:p>
      <w:pPr>
        <w:pStyle w:val="ListBullet"/>
      </w:pPr>
      <w:r>
        <w:t>U6/U8/U10 restarts, goal arc, goal kicks, build-out/scoring: page 2, lines 76–101.</w:t>
      </w:r>
    </w:p>
    <w:p>
      <w:pPr>
        <w:pStyle w:val="ListBullet"/>
      </w:pPr>
      <w:r>
        <w:t>Offside: page 2, lines 101–104.</w:t>
      </w:r>
    </w:p>
    <w:p>
      <w:pPr>
        <w:pStyle w:val="ListBullet"/>
      </w:pPr>
      <w:r>
        <w:t>Slide tackles and heading: page 3, lines 107–118.</w:t>
      </w:r>
    </w:p>
    <w:p>
      <w:pPr>
        <w:pStyle w:val="ListBullet"/>
      </w:pPr>
      <w:r>
        <w:t>Build-Out Lines Addendum: page 5, lines 203–236.</w:t>
      </w:r>
    </w:p>
    <w:p>
      <w:r>
        <w:t>Important: The practice curriculum is coaching content developed for LGSA; the rule summaries above are derived from the supplied SVFL rules. If SVFL revises its rules, the Game-Day page and any practice-specific rule references should be reviewed.</w:t>
      </w:r>
    </w:p>
    <w:p>
      <w:r>
        <w:br w:type="page"/>
      </w:r>
    </w:p>
    <w:p>
      <w:pPr>
        <w:pStyle w:val="Heading1"/>
      </w:pPr>
      <w:r>
        <w:t>U10 — Coach Hub</w:t>
      </w:r>
    </w:p>
    <w:p>
      <w:pPr>
        <w:pStyle w:val="Title"/>
        <w:jc w:val="center"/>
      </w:pPr>
      <w:r>
        <w:rPr>
          <w:b/>
        </w:rPr>
        <w:t>LGSA Coach Hub — U10 Publishing Package</w:t>
      </w:r>
    </w:p>
    <w:p>
      <w:pPr>
        <w:jc w:val="center"/>
      </w:pPr>
      <w:r>
        <w:rPr>
          <w:i/>
        </w:rPr>
        <w:t>Mobile-first recreational soccer curriculum • SVFL rules revised 7/15/2026</w:t>
      </w:r>
    </w:p>
    <w:p>
      <w:pPr>
        <w:pStyle w:val="Heading1"/>
      </w:pPr>
      <w:r>
        <w:t>1. U10 Design Principles</w:t>
      </w:r>
    </w:p>
    <w:p>
      <w:pPr>
        <w:pStyle w:val="ListBullet"/>
      </w:pPr>
      <w:r>
        <w:t>Minimal lines; use pairs, groups of 3–4, multiple balls, and multiple small fields.</w:t>
      </w:r>
    </w:p>
    <w:p>
      <w:pPr>
        <w:pStyle w:val="ListBullet"/>
      </w:pPr>
      <w:r>
        <w:t>Keep explanations short. Demonstrate, then play.</w:t>
      </w:r>
    </w:p>
    <w:p>
      <w:pPr>
        <w:pStyle w:val="ListBullet"/>
      </w:pPr>
      <w:r>
        <w:t>Use game-like decisions instead of forcing a fixed number of passes.</w:t>
      </w:r>
    </w:p>
    <w:p>
      <w:pPr>
        <w:pStyle w:val="ListBullet"/>
      </w:pPr>
      <w:r>
        <w:t>First three practices prepare players for the first Saturday game; rules and restarts are introduced early.</w:t>
      </w:r>
    </w:p>
    <w:p>
      <w:pPr>
        <w:pStyle w:val="ListBullet"/>
      </w:pPr>
      <w:r>
        <w:t>After games begin, reserve about 5 minutes for one issue from the previous Saturday.</w:t>
      </w:r>
    </w:p>
    <w:p>
      <w:pPr>
        <w:pStyle w:val="ListBullet"/>
      </w:pPr>
      <w:r>
        <w:t>Finish practices with realistic 7v7 game play when numbers allow, or smaller-sided soccer when attendance is lower.</w:t>
      </w:r>
    </w:p>
    <w:p>
      <w:pPr>
        <w:pStyle w:val="ListBullet"/>
      </w:pPr>
      <w:r>
        <w:t>Do not use heading or slide tackling in U10.</w:t>
      </w:r>
    </w:p>
    <w:p>
      <w:pPr>
        <w:pStyle w:val="Heading1"/>
      </w:pPr>
      <w:r>
        <w:t>2. U10 Coach Center Navigation</w:t>
      </w:r>
    </w:p>
    <w:p>
      <w:pPr>
        <w:pStyle w:val="ListBullet"/>
      </w:pPr>
      <w:r>
        <w:t>🚨 I NEED A PRACTICE NOW</w:t>
      </w:r>
    </w:p>
    <w:p>
      <w:pPr>
        <w:pStyle w:val="ListBullet"/>
      </w:pPr>
      <w:r>
        <w:t>🏟 GAME DAY — U10 rules and restarts</w:t>
      </w:r>
    </w:p>
    <w:p>
      <w:pPr>
        <w:pStyle w:val="ListBullet"/>
      </w:pPr>
      <w:r>
        <w:t>Week 1 — Ball Control + Game Basics</w:t>
      </w:r>
    </w:p>
    <w:p>
      <w:pPr>
        <w:pStyle w:val="ListBullet"/>
      </w:pPr>
      <w:r>
        <w:t>Week 2 — Dribbling + Throw-ins + Build-Out Line</w:t>
      </w:r>
    </w:p>
    <w:p>
      <w:pPr>
        <w:pStyle w:val="ListBullet"/>
      </w:pPr>
      <w:r>
        <w:t>Week 3 — Passing + Game Ready</w:t>
      </w:r>
    </w:p>
    <w:p>
      <w:pPr>
        <w:pStyle w:val="ListBullet"/>
      </w:pPr>
      <w:r>
        <w:t>Week 4 — Shooting + Finishing</w:t>
      </w:r>
    </w:p>
    <w:p>
      <w:pPr>
        <w:pStyle w:val="ListBullet"/>
      </w:pPr>
      <w:r>
        <w:t>Week 5 — 1v1 / 2v1 Attacking</w:t>
      </w:r>
    </w:p>
    <w:p>
      <w:pPr>
        <w:pStyle w:val="ListBullet"/>
      </w:pPr>
      <w:r>
        <w:t>Week 6 — Defending + Transition</w:t>
      </w:r>
    </w:p>
    <w:p>
      <w:pPr>
        <w:pStyle w:val="ListBullet"/>
      </w:pPr>
      <w:r>
        <w:t>Week 7 — Spacing + Support + Playing Together</w:t>
      </w:r>
    </w:p>
    <w:p>
      <w:pPr>
        <w:pStyle w:val="ListBullet"/>
      </w:pPr>
      <w:r>
        <w:t>Week 8 — Soccer Challenge / Small-Sided Festival</w:t>
      </w:r>
    </w:p>
    <w:p>
      <w:pPr>
        <w:pStyle w:val="ListBullet"/>
      </w:pPr>
      <w:r>
        <w:t>Pick a Practice: Ball Control | Dribbling | Passing | Shooting | Attacking | Defending | Team Play | Fun</w:t>
      </w:r>
    </w:p>
    <w:p>
      <w:pPr>
        <w:pStyle w:val="ListBullet"/>
      </w:pPr>
      <w:r>
        <w:t>My Team Is Struggling With: Bunching | Kicking it away | No passing options | Trouble building from back | Can't create chances | Can't defend</w:t>
      </w:r>
    </w:p>
    <w:p>
      <w:pPr>
        <w:pStyle w:val="Heading1"/>
      </w:pPr>
      <w:r>
        <w:t>3. U10 Eight-Week Curriculum</w:t>
      </w:r>
    </w:p>
    <w:p>
      <w:pPr>
        <w:pStyle w:val="Heading2"/>
      </w:pPr>
      <w:r>
        <w:t>Week 1 — Ball Control + Game Basics</w:t>
      </w:r>
    </w:p>
    <w:p>
      <w:r>
        <w:t>Goal: Build comfort on the ball while introducing how U10 soccer is organized. Equipment: #4 balls, cones, pinnies, goals.</w:t>
      </w:r>
    </w:p>
    <w:p>
      <w:pPr>
        <w:pStyle w:val="Heading3"/>
      </w:pPr>
      <w:r>
        <w:t>1. Everybody Has a Ball — 8 min</w:t>
      </w:r>
    </w:p>
    <w:p>
      <w:r>
        <w:rPr>
          <w:b/>
        </w:rPr>
        <w:t xml:space="preserve">SETUP: </w:t>
      </w:r>
      <w:r>
        <w:t>25×25 grid; every player has a ball.</w:t>
      </w:r>
    </w:p>
    <w:p>
      <w:r>
        <w:rPr>
          <w:b/>
        </w:rPr>
        <w:t xml:space="preserve">DO THIS: </w:t>
      </w:r>
      <w:r>
        <w:t>Free dribble; coach calls turns, speed changes, right/left foot and stops.</w:t>
      </w:r>
    </w:p>
    <w:p>
      <w:r>
        <w:rPr>
          <w:b/>
        </w:rPr>
        <w:t xml:space="preserve">SAY THIS: </w:t>
      </w:r>
      <w:r>
        <w:t>Keep it close enough to change your mind.</w:t>
      </w:r>
    </w:p>
    <w:p>
      <w:r>
        <w:rPr>
          <w:b/>
        </w:rPr>
        <w:t xml:space="preserve">LOOK FOR: </w:t>
      </w:r>
      <w:r>
        <w:t>Close control, head up, changes of speed.</w:t>
      </w:r>
    </w:p>
    <w:p>
      <w:pPr>
        <w:pStyle w:val="Heading3"/>
      </w:pPr>
      <w:r>
        <w:t>2. Gates + Turns — 10 min</w:t>
      </w:r>
    </w:p>
    <w:p>
      <w:r>
        <w:rPr>
          <w:b/>
        </w:rPr>
        <w:t xml:space="preserve">SETUP: </w:t>
      </w:r>
      <w:r>
        <w:t>Scatter 10–12 cone gates.</w:t>
      </w:r>
    </w:p>
    <w:p>
      <w:r>
        <w:rPr>
          <w:b/>
        </w:rPr>
        <w:t xml:space="preserve">DO THIS: </w:t>
      </w:r>
      <w:r>
        <w:t>Players dribble through gates; after each gate find a new one. Add pullback/inside cut challenges.</w:t>
      </w:r>
    </w:p>
    <w:p>
      <w:r>
        <w:rPr>
          <w:b/>
        </w:rPr>
        <w:t xml:space="preserve">SAY THIS: </w:t>
      </w:r>
      <w:r>
        <w:t>Find space, get through, change direction.</w:t>
      </w:r>
    </w:p>
    <w:p>
      <w:r>
        <w:rPr>
          <w:b/>
        </w:rPr>
        <w:t xml:space="preserve">LOOK FOR: </w:t>
      </w:r>
      <w:r>
        <w:t>Awareness and purposeful turns.</w:t>
      </w:r>
    </w:p>
    <w:p>
      <w:pPr>
        <w:pStyle w:val="Heading3"/>
      </w:pPr>
      <w:r>
        <w:t>3. 1v1 Two-Gate Game — 12 min</w:t>
      </w:r>
    </w:p>
    <w:p>
      <w:r>
        <w:rPr>
          <w:b/>
        </w:rPr>
        <w:t xml:space="preserve">SETUP: </w:t>
      </w:r>
      <w:r>
        <w:t>Several 12×18 mini-fields with two scoring gates.</w:t>
      </w:r>
    </w:p>
    <w:p>
      <w:r>
        <w:rPr>
          <w:b/>
        </w:rPr>
        <w:t xml:space="preserve">DO THIS: </w:t>
      </w:r>
      <w:r>
        <w:t>1v1; score by dribbling through either gate.</w:t>
      </w:r>
    </w:p>
    <w:p>
      <w:r>
        <w:rPr>
          <w:b/>
        </w:rPr>
        <w:t xml:space="preserve">SAY THIS: </w:t>
      </w:r>
      <w:r>
        <w:t>Can you make the defender choose, then go the other way?</w:t>
      </w:r>
    </w:p>
    <w:p>
      <w:r>
        <w:rPr>
          <w:b/>
        </w:rPr>
        <w:t xml:space="preserve">LOOK FOR: </w:t>
      </w:r>
      <w:r>
        <w:t>Confidence and direction changes.</w:t>
      </w:r>
    </w:p>
    <w:p>
      <w:pPr>
        <w:pStyle w:val="Heading3"/>
      </w:pPr>
      <w:r>
        <w:t>4. 3v3 / 4v4 Free Play — 10 min</w:t>
      </w:r>
    </w:p>
    <w:p>
      <w:r>
        <w:rPr>
          <w:b/>
        </w:rPr>
        <w:t xml:space="preserve">SETUP: </w:t>
      </w:r>
      <w:r>
        <w:t>Multiple small fields.</w:t>
      </w:r>
    </w:p>
    <w:p>
      <w:r>
        <w:rPr>
          <w:b/>
        </w:rPr>
        <w:t xml:space="preserve">DO THIS: </w:t>
      </w:r>
      <w:r>
        <w:t>Free soccer; no special restrictions.</w:t>
      </w:r>
    </w:p>
    <w:p>
      <w:r>
        <w:rPr>
          <w:b/>
        </w:rPr>
        <w:t xml:space="preserve">SAY THIS: </w:t>
      </w:r>
      <w:r>
        <w:t>Play.</w:t>
      </w:r>
    </w:p>
    <w:p>
      <w:r>
        <w:rPr>
          <w:b/>
        </w:rPr>
        <w:t xml:space="preserve">LOOK FOR: </w:t>
      </w:r>
      <w:r>
        <w:t>Touches and decisions.</w:t>
      </w:r>
    </w:p>
    <w:p>
      <w:pPr>
        <w:pStyle w:val="Heading3"/>
      </w:pPr>
      <w:r>
        <w:t>5. U10 Game Introduction — 20 min</w:t>
      </w:r>
    </w:p>
    <w:p>
      <w:r>
        <w:rPr>
          <w:b/>
        </w:rPr>
        <w:t xml:space="preserve">SETUP: </w:t>
      </w:r>
      <w:r>
        <w:t>Use larger field if available; introduce goalkeeper and basic starting shape without rigid positions.</w:t>
      </w:r>
    </w:p>
    <w:p>
      <w:r>
        <w:rPr>
          <w:b/>
        </w:rPr>
        <w:t xml:space="preserve">DO THIS: </w:t>
      </w:r>
      <w:r>
        <w:t>Explain 7v7 includes a goalkeeper, point out build-out line, practice kickoff and natural restarts during play.</w:t>
      </w:r>
    </w:p>
    <w:p>
      <w:r>
        <w:rPr>
          <w:b/>
        </w:rPr>
        <w:t xml:space="preserve">SAY THIS: </w:t>
      </w:r>
      <w:r>
        <w:t>When we have it, get wide and help. When we lose it, recover.</w:t>
      </w:r>
    </w:p>
    <w:p>
      <w:r>
        <w:rPr>
          <w:b/>
        </w:rPr>
        <w:t xml:space="preserve">LOOK FOR: </w:t>
      </w:r>
      <w:r>
        <w:t>Basic game orientation without tactical overload.</w:t>
      </w:r>
    </w:p>
    <w:p>
      <w:r>
        <w:t>45-minute version: Ball control 7 | Gates 8 | 1v1 10 | Game Introduction 20.</w:t>
      </w:r>
    </w:p>
    <w:p>
      <w:pPr>
        <w:pStyle w:val="Heading2"/>
      </w:pPr>
      <w:r>
        <w:t>Week 2 — Dribbling + Throw-ins + Build-Out Line</w:t>
      </w:r>
    </w:p>
    <w:p>
      <w:r>
        <w:t>Goal: Improve dribbling under pressure and make throw-ins/build-out-line behavior familiar before Game 1.</w:t>
      </w:r>
    </w:p>
    <w:p>
      <w:pPr>
        <w:pStyle w:val="Heading3"/>
      </w:pPr>
      <w:r>
        <w:t>1. Traffic With Pressure — 8 min</w:t>
      </w:r>
    </w:p>
    <w:p>
      <w:r>
        <w:rPr>
          <w:b/>
        </w:rPr>
        <w:t xml:space="preserve">SETUP: </w:t>
      </w:r>
      <w:r>
        <w:t>25×25 grid; every player has ball; coaches/assistants are passive obstacles.</w:t>
      </w:r>
    </w:p>
    <w:p>
      <w:r>
        <w:rPr>
          <w:b/>
        </w:rPr>
        <w:t xml:space="preserve">DO THIS: </w:t>
      </w:r>
      <w:r>
        <w:t>Dribble and escape pressure; vary speed and direction.</w:t>
      </w:r>
    </w:p>
    <w:p>
      <w:r>
        <w:rPr>
          <w:b/>
        </w:rPr>
        <w:t xml:space="preserve">SAY THIS: </w:t>
      </w:r>
      <w:r>
        <w:t>Don't run into trouble — find another way.</w:t>
      </w:r>
    </w:p>
    <w:p>
      <w:r>
        <w:rPr>
          <w:b/>
        </w:rPr>
        <w:t xml:space="preserve">LOOK FOR: </w:t>
      </w:r>
      <w:r>
        <w:t>Head up and purposeful changes.</w:t>
      </w:r>
    </w:p>
    <w:p>
      <w:pPr>
        <w:pStyle w:val="Heading3"/>
      </w:pPr>
      <w:r>
        <w:t>2. Sharks &amp; Minnows — 8 min</w:t>
      </w:r>
    </w:p>
    <w:p>
      <w:r>
        <w:rPr>
          <w:b/>
        </w:rPr>
        <w:t xml:space="preserve">SETUP: </w:t>
      </w:r>
      <w:r>
        <w:t>Wide grid; players have balls; one or two sharks.</w:t>
      </w:r>
    </w:p>
    <w:p>
      <w:r>
        <w:rPr>
          <w:b/>
        </w:rPr>
        <w:t xml:space="preserve">DO THIS: </w:t>
      </w:r>
      <w:r>
        <w:t>Cross while protecting ball; eliminated players become sharks.</w:t>
      </w:r>
    </w:p>
    <w:p>
      <w:r>
        <w:rPr>
          <w:b/>
        </w:rPr>
        <w:t xml:space="preserve">SAY THIS: </w:t>
      </w:r>
      <w:r>
        <w:t>Can you turn away and keep it?</w:t>
      </w:r>
    </w:p>
    <w:p>
      <w:r>
        <w:rPr>
          <w:b/>
        </w:rPr>
        <w:t xml:space="preserve">LOOK FOR: </w:t>
      </w:r>
      <w:r>
        <w:t>Shielding, turns, acceleration.</w:t>
      </w:r>
    </w:p>
    <w:p>
      <w:pPr>
        <w:pStyle w:val="Heading3"/>
      </w:pPr>
      <w:r>
        <w:t>3. Throw-ins in Pairs — 6 min</w:t>
      </w:r>
    </w:p>
    <w:p>
      <w:r>
        <w:rPr>
          <w:b/>
        </w:rPr>
        <w:t xml:space="preserve">SETUP: </w:t>
      </w:r>
      <w:r>
        <w:t>Pairs spread along touchline; one ball per pair.</w:t>
      </w:r>
    </w:p>
    <w:p>
      <w:r>
        <w:rPr>
          <w:b/>
        </w:rPr>
        <w:t xml:space="preserve">DO THIS: </w:t>
      </w:r>
      <w:r>
        <w:t>Practice legal throw-in; then throw to moving partner.</w:t>
      </w:r>
    </w:p>
    <w:p>
      <w:r>
        <w:rPr>
          <w:b/>
        </w:rPr>
        <w:t xml:space="preserve">SAY THIS: </w:t>
      </w:r>
      <w:r>
        <w:t>Two hands, over the head, feet down.</w:t>
      </w:r>
    </w:p>
    <w:p>
      <w:r>
        <w:rPr>
          <w:b/>
        </w:rPr>
        <w:t xml:space="preserve">LOOK FOR: </w:t>
      </w:r>
      <w:r>
        <w:t>Accurate throw to teammate; no lines.</w:t>
      </w:r>
    </w:p>
    <w:p>
      <w:pPr>
        <w:pStyle w:val="Heading3"/>
      </w:pPr>
      <w:r>
        <w:t>4. Build From the Back — 13 min</w:t>
      </w:r>
    </w:p>
    <w:p>
      <w:r>
        <w:rPr>
          <w:b/>
        </w:rPr>
        <w:t xml:space="preserve">SETUP: </w:t>
      </w:r>
      <w:r>
        <w:t>Use goal, goalkeeper, defenders/midfielders and marked build-out line.</w:t>
      </w:r>
    </w:p>
    <w:p>
      <w:r>
        <w:rPr>
          <w:b/>
        </w:rPr>
        <w:t xml:space="preserve">DO THIS: </w:t>
      </w:r>
      <w:r>
        <w:t>Start repeatedly from goalkeeper possession or goal kick. Opponents retreat; team in possession spreads and receives.</w:t>
      </w:r>
    </w:p>
    <w:p>
      <w:r>
        <w:rPr>
          <w:b/>
        </w:rPr>
        <w:t xml:space="preserve">SAY THIS: </w:t>
      </w:r>
      <w:r>
        <w:t>Get wide. Give the ball carrier an easy option.</w:t>
      </w:r>
    </w:p>
    <w:p>
      <w:r>
        <w:rPr>
          <w:b/>
        </w:rPr>
        <w:t xml:space="preserve">LOOK FOR: </w:t>
      </w:r>
      <w:r>
        <w:t>Comfort receiving from the back rather than immediately kicking long.</w:t>
      </w:r>
    </w:p>
    <w:p>
      <w:pPr>
        <w:pStyle w:val="Heading3"/>
      </w:pPr>
      <w:r>
        <w:t>5. Game-Day Scrimmage — 25 min</w:t>
      </w:r>
    </w:p>
    <w:p>
      <w:r>
        <w:rPr>
          <w:b/>
        </w:rPr>
        <w:t xml:space="preserve">SETUP: </w:t>
      </w:r>
      <w:r>
        <w:t>7v7 if numbers allow; otherwise 4v4/5v5 with goalkeeper concepts.</w:t>
      </w:r>
    </w:p>
    <w:p>
      <w:r>
        <w:rPr>
          <w:b/>
        </w:rPr>
        <w:t xml:space="preserve">DO THIS: </w:t>
      </w:r>
      <w:r>
        <w:t>Use proper throw-ins, goal kicks, corners and build-out-line procedures.</w:t>
      </w:r>
    </w:p>
    <w:p>
      <w:r>
        <w:rPr>
          <w:b/>
        </w:rPr>
        <w:t xml:space="preserve">SAY THIS: </w:t>
      </w:r>
      <w:r>
        <w:t>Use the restart — don't rush it.</w:t>
      </w:r>
    </w:p>
    <w:p>
      <w:r>
        <w:rPr>
          <w:b/>
        </w:rPr>
        <w:t xml:space="preserve">LOOK FOR: </w:t>
      </w:r>
      <w:r>
        <w:t>Players recognize restarts and build-out behavior.</w:t>
      </w:r>
    </w:p>
    <w:p>
      <w:r>
        <w:t>45-minute version: Traffic 7 | Throw-ins 5 | Build From Back 13 | Scrimmage 20.</w:t>
      </w:r>
    </w:p>
    <w:p>
      <w:pPr>
        <w:pStyle w:val="Heading2"/>
      </w:pPr>
      <w:r>
        <w:t>Week 3 — Passing + Game Ready</w:t>
      </w:r>
    </w:p>
    <w:p>
      <w:r>
        <w:t>Goal: Create passing options and rehearse the rules players will encounter Saturday.</w:t>
      </w:r>
    </w:p>
    <w:p>
      <w:pPr>
        <w:pStyle w:val="Heading3"/>
      </w:pPr>
      <w:r>
        <w:t>1. Moving Gates — 8 min</w:t>
      </w:r>
    </w:p>
    <w:p>
      <w:r>
        <w:rPr>
          <w:b/>
        </w:rPr>
        <w:t xml:space="preserve">SETUP: </w:t>
      </w:r>
      <w:r>
        <w:t>Pairs; one ball; scattered gates.</w:t>
      </w:r>
    </w:p>
    <w:p>
      <w:r>
        <w:rPr>
          <w:b/>
        </w:rPr>
        <w:t xml:space="preserve">DO THIS: </w:t>
      </w:r>
      <w:r>
        <w:t>Pass through gate, then both players move to another gate.</w:t>
      </w:r>
    </w:p>
    <w:p>
      <w:r>
        <w:rPr>
          <w:b/>
        </w:rPr>
        <w:t xml:space="preserve">SAY THIS: </w:t>
      </w:r>
      <w:r>
        <w:t>Pass and move.</w:t>
      </w:r>
    </w:p>
    <w:p>
      <w:r>
        <w:rPr>
          <w:b/>
        </w:rPr>
        <w:t xml:space="preserve">LOOK FOR: </w:t>
      </w:r>
      <w:r>
        <w:t>Receiving touch and movement.</w:t>
      </w:r>
    </w:p>
    <w:p>
      <w:pPr>
        <w:pStyle w:val="Heading3"/>
      </w:pPr>
      <w:r>
        <w:t>2. 3v1 Keep-Away — 10 min</w:t>
      </w:r>
    </w:p>
    <w:p>
      <w:r>
        <w:rPr>
          <w:b/>
        </w:rPr>
        <w:t xml:space="preserve">SETUP: </w:t>
      </w:r>
      <w:r>
        <w:t>Groups of four in 12×12 or larger grids.</w:t>
      </w:r>
    </w:p>
    <w:p>
      <w:r>
        <w:rPr>
          <w:b/>
        </w:rPr>
        <w:t xml:space="preserve">DO THIS: </w:t>
      </w:r>
      <w:r>
        <w:t>Three keep ball from one defender; rotate frequently.</w:t>
      </w:r>
    </w:p>
    <w:p>
      <w:r>
        <w:rPr>
          <w:b/>
        </w:rPr>
        <w:t xml:space="preserve">SAY THIS: </w:t>
      </w:r>
      <w:r>
        <w:t>Make the field big when we have the ball.</w:t>
      </w:r>
    </w:p>
    <w:p>
      <w:r>
        <w:rPr>
          <w:b/>
        </w:rPr>
        <w:t xml:space="preserve">LOOK FOR: </w:t>
      </w:r>
      <w:r>
        <w:t>Support angles and quick decisions.</w:t>
      </w:r>
    </w:p>
    <w:p>
      <w:pPr>
        <w:pStyle w:val="Heading3"/>
      </w:pPr>
      <w:r>
        <w:t>3. 2v1 to Goal — 10 min</w:t>
      </w:r>
    </w:p>
    <w:p>
      <w:r>
        <w:rPr>
          <w:b/>
        </w:rPr>
        <w:t xml:space="preserve">SETUP: </w:t>
      </w:r>
      <w:r>
        <w:t>Multiple mini-fields.</w:t>
      </w:r>
    </w:p>
    <w:p>
      <w:r>
        <w:rPr>
          <w:b/>
        </w:rPr>
        <w:t xml:space="preserve">DO THIS: </w:t>
      </w:r>
      <w:r>
        <w:t>Two attackers solve one defender; no required pass.</w:t>
      </w:r>
    </w:p>
    <w:p>
      <w:r>
        <w:rPr>
          <w:b/>
        </w:rPr>
        <w:t xml:space="preserve">SAY THIS: </w:t>
      </w:r>
      <w:r>
        <w:t>When does the defender give you a reason to pass?</w:t>
      </w:r>
    </w:p>
    <w:p>
      <w:r>
        <w:rPr>
          <w:b/>
        </w:rPr>
        <w:t xml:space="preserve">LOOK FOR: </w:t>
      </w:r>
      <w:r>
        <w:t>Dribble/pass decision.</w:t>
      </w:r>
    </w:p>
    <w:p>
      <w:pPr>
        <w:pStyle w:val="Heading3"/>
      </w:pPr>
      <w:r>
        <w:t>4. 3v3 + Targets — 10 min</w:t>
      </w:r>
    </w:p>
    <w:p>
      <w:r>
        <w:rPr>
          <w:b/>
        </w:rPr>
        <w:t xml:space="preserve">SETUP: </w:t>
      </w:r>
      <w:r>
        <w:t>3v3 central area with target player/zone at each end.</w:t>
      </w:r>
    </w:p>
    <w:p>
      <w:r>
        <w:rPr>
          <w:b/>
        </w:rPr>
        <w:t xml:space="preserve">DO THIS: </w:t>
      </w:r>
      <w:r>
        <w:t>Score by finding target; rotate targets.</w:t>
      </w:r>
    </w:p>
    <w:p>
      <w:r>
        <w:rPr>
          <w:b/>
        </w:rPr>
        <w:t xml:space="preserve">SAY THIS: </w:t>
      </w:r>
      <w:r>
        <w:t>Can you find a teammate forward?</w:t>
      </w:r>
    </w:p>
    <w:p>
      <w:r>
        <w:rPr>
          <w:b/>
        </w:rPr>
        <w:t xml:space="preserve">LOOK FOR: </w:t>
      </w:r>
      <w:r>
        <w:t>Playing through pressure.</w:t>
      </w:r>
    </w:p>
    <w:p>
      <w:pPr>
        <w:pStyle w:val="Heading3"/>
      </w:pPr>
      <w:r>
        <w:t>5. Game-Ready Scrimmage — 22 min</w:t>
      </w:r>
    </w:p>
    <w:p>
      <w:r>
        <w:rPr>
          <w:b/>
        </w:rPr>
        <w:t xml:space="preserve">SETUP: </w:t>
      </w:r>
      <w:r>
        <w:t>7v7 if possible.</w:t>
      </w:r>
    </w:p>
    <w:p>
      <w:r>
        <w:rPr>
          <w:b/>
        </w:rPr>
        <w:t xml:space="preserve">DO THIS: </w:t>
      </w:r>
      <w:r>
        <w:t>Use actual restarts, substitutions, goalkeeper/build-out procedures, offside reminders, no heading/slide tackles.</w:t>
      </w:r>
    </w:p>
    <w:p>
      <w:r>
        <w:rPr>
          <w:b/>
        </w:rPr>
        <w:t xml:space="preserve">SAY THIS: </w:t>
      </w:r>
      <w:r>
        <w:t>Play it like Saturday.</w:t>
      </w:r>
    </w:p>
    <w:p>
      <w:r>
        <w:rPr>
          <w:b/>
        </w:rPr>
        <w:t xml:space="preserve">LOOK FOR: </w:t>
      </w:r>
      <w:r>
        <w:t>Confidence with rules and flow.</w:t>
      </w:r>
    </w:p>
    <w:p>
      <w:pPr>
        <w:pStyle w:val="Heading2"/>
      </w:pPr>
      <w:r>
        <w:t>Week 4 — Shooting + Finishing</w:t>
      </w:r>
    </w:p>
    <w:p>
      <w:r>
        <w:t>Goal: Create lots of shots while teaching players to recognize when and where to finish.</w:t>
      </w:r>
    </w:p>
    <w:p>
      <w:pPr>
        <w:pStyle w:val="Heading3"/>
      </w:pPr>
      <w:r>
        <w:t>1. Dribble + Finish — 8 min</w:t>
      </w:r>
    </w:p>
    <w:p>
      <w:r>
        <w:rPr>
          <w:b/>
        </w:rPr>
        <w:t xml:space="preserve">SETUP: </w:t>
      </w:r>
      <w:r>
        <w:t>Several small goals; every player has ball.</w:t>
      </w:r>
    </w:p>
    <w:p>
      <w:r>
        <w:rPr>
          <w:b/>
        </w:rPr>
        <w:t xml:space="preserve">DO THIS: </w:t>
      </w:r>
      <w:r>
        <w:t>Dribble freely and finish into different goals; vary foot.</w:t>
      </w:r>
    </w:p>
    <w:p>
      <w:r>
        <w:rPr>
          <w:b/>
        </w:rPr>
        <w:t xml:space="preserve">SAY THIS: </w:t>
      </w:r>
      <w:r>
        <w:t>Get under control before you shoot.</w:t>
      </w:r>
    </w:p>
    <w:p>
      <w:r>
        <w:rPr>
          <w:b/>
        </w:rPr>
        <w:t xml:space="preserve">LOOK FOR: </w:t>
      </w:r>
      <w:r>
        <w:t>Head up, purposeful finish.</w:t>
      </w:r>
    </w:p>
    <w:p>
      <w:pPr>
        <w:pStyle w:val="Heading3"/>
      </w:pPr>
      <w:r>
        <w:t>2. Partner Finish — 10 min</w:t>
      </w:r>
    </w:p>
    <w:p>
      <w:r>
        <w:rPr>
          <w:b/>
        </w:rPr>
        <w:t xml:space="preserve">SETUP: </w:t>
      </w:r>
      <w:r>
        <w:t>Pairs at multiple goals; one ball per pair.</w:t>
      </w:r>
    </w:p>
    <w:p>
      <w:r>
        <w:rPr>
          <w:b/>
        </w:rPr>
        <w:t xml:space="preserve">DO THIS: </w:t>
      </w:r>
      <w:r>
        <w:t>Player A passes into path of B, B finishes; switch roles immediately.</w:t>
      </w:r>
    </w:p>
    <w:p>
      <w:r>
        <w:rPr>
          <w:b/>
        </w:rPr>
        <w:t xml:space="preserve">SAY THIS: </w:t>
      </w:r>
      <w:r>
        <w:t>Good pass, first touch, finish.</w:t>
      </w:r>
    </w:p>
    <w:p>
      <w:r>
        <w:rPr>
          <w:b/>
        </w:rPr>
        <w:t xml:space="preserve">LOOK FOR: </w:t>
      </w:r>
      <w:r>
        <w:t>No long queues; receiving before shooting.</w:t>
      </w:r>
    </w:p>
    <w:p>
      <w:pPr>
        <w:pStyle w:val="Heading3"/>
      </w:pPr>
      <w:r>
        <w:t>3. 2v1 to Goal — 12 min</w:t>
      </w:r>
    </w:p>
    <w:p>
      <w:r>
        <w:rPr>
          <w:b/>
        </w:rPr>
        <w:t xml:space="preserve">SETUP: </w:t>
      </w:r>
      <w:r>
        <w:t>Several channels to goals.</w:t>
      </w:r>
    </w:p>
    <w:p>
      <w:r>
        <w:rPr>
          <w:b/>
        </w:rPr>
        <w:t xml:space="preserve">DO THIS: </w:t>
      </w:r>
      <w:r>
        <w:t>Attackers decide whether to dribble, pass, or shoot.</w:t>
      </w:r>
    </w:p>
    <w:p>
      <w:r>
        <w:rPr>
          <w:b/>
        </w:rPr>
        <w:t xml:space="preserve">SAY THIS: </w:t>
      </w:r>
      <w:r>
        <w:t>Can you make the defender commit?</w:t>
      </w:r>
    </w:p>
    <w:p>
      <w:r>
        <w:rPr>
          <w:b/>
        </w:rPr>
        <w:t xml:space="preserve">LOOK FOR: </w:t>
      </w:r>
      <w:r>
        <w:t>Timing of final pass and shot.</w:t>
      </w:r>
    </w:p>
    <w:p>
      <w:pPr>
        <w:pStyle w:val="Heading3"/>
      </w:pPr>
      <w:r>
        <w:t>4. 3v3 Four-Goal Game — 10 min</w:t>
      </w:r>
    </w:p>
    <w:p>
      <w:r>
        <w:rPr>
          <w:b/>
        </w:rPr>
        <w:t xml:space="preserve">SETUP: </w:t>
      </w:r>
      <w:r>
        <w:t>Two goals on each end.</w:t>
      </w:r>
    </w:p>
    <w:p>
      <w:r>
        <w:rPr>
          <w:b/>
        </w:rPr>
        <w:t xml:space="preserve">DO THIS: </w:t>
      </w:r>
      <w:r>
        <w:t>Free play; score in either opponent goal.</w:t>
      </w:r>
    </w:p>
    <w:p>
      <w:r>
        <w:rPr>
          <w:b/>
        </w:rPr>
        <w:t xml:space="preserve">SAY THIS: </w:t>
      </w:r>
      <w:r>
        <w:t>Which goal has space?</w:t>
      </w:r>
    </w:p>
    <w:p>
      <w:r>
        <w:rPr>
          <w:b/>
        </w:rPr>
        <w:t xml:space="preserve">LOOK FOR: </w:t>
      </w:r>
      <w:r>
        <w:t>Looking up before finishing.</w:t>
      </w:r>
    </w:p>
    <w:p>
      <w:pPr>
        <w:pStyle w:val="Heading3"/>
      </w:pPr>
      <w:r>
        <w:t>5. Game-Day Scrimmage — 20 min</w:t>
      </w:r>
    </w:p>
    <w:p>
      <w:r>
        <w:rPr>
          <w:b/>
        </w:rPr>
        <w:t xml:space="preserve">SETUP: </w:t>
      </w:r>
      <w:r>
        <w:t>Normal game setup.</w:t>
      </w:r>
    </w:p>
    <w:p>
      <w:r>
        <w:rPr>
          <w:b/>
        </w:rPr>
        <w:t xml:space="preserve">DO THIS: </w:t>
      </w:r>
      <w:r>
        <w:t>Mostly play; reinforce one Saturday issue and shot selection.</w:t>
      </w:r>
    </w:p>
    <w:p>
      <w:r>
        <w:rPr>
          <w:b/>
        </w:rPr>
        <w:t xml:space="preserve">SAY THIS: </w:t>
      </w:r>
      <w:r>
        <w:t>Can we create a better shot?</w:t>
      </w:r>
    </w:p>
    <w:p>
      <w:r>
        <w:rPr>
          <w:b/>
        </w:rPr>
        <w:t xml:space="preserve">LOOK FOR: </w:t>
      </w:r>
      <w:r>
        <w:t>Quality chances rather than hopeful kicks.</w:t>
      </w:r>
    </w:p>
    <w:p>
      <w:pPr>
        <w:pStyle w:val="Heading2"/>
      </w:pPr>
      <w:r>
        <w:t>Week 5 — 1v1 / 2v1 Attacking</w:t>
      </w:r>
    </w:p>
    <w:p>
      <w:r>
        <w:t>Goal: Build confidence beating a player and recognizing when a teammate creates a better option.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One issue from prior match.</w:t>
      </w:r>
    </w:p>
    <w:p>
      <w:r>
        <w:rPr>
          <w:b/>
        </w:rPr>
        <w:t xml:space="preserve">DO THIS: </w:t>
      </w:r>
      <w:r>
        <w:t>Brief corrective activity.</w:t>
      </w:r>
    </w:p>
    <w:p>
      <w:r>
        <w:rPr>
          <w:b/>
        </w:rPr>
        <w:t xml:space="preserve">SAY THIS: </w:t>
      </w:r>
      <w:r>
        <w:t>One fix today.</w:t>
      </w:r>
    </w:p>
    <w:p>
      <w:r>
        <w:rPr>
          <w:b/>
        </w:rPr>
        <w:t xml:space="preserve">LOOK FOR: </w:t>
      </w:r>
      <w:r>
        <w:t>Keep it short.</w:t>
      </w:r>
    </w:p>
    <w:p>
      <w:pPr>
        <w:pStyle w:val="Heading3"/>
      </w:pPr>
      <w:r>
        <w:t>2. Moves in Traffic — 8 min</w:t>
      </w:r>
    </w:p>
    <w:p>
      <w:r>
        <w:rPr>
          <w:b/>
        </w:rPr>
        <w:t xml:space="preserve">SETUP: </w:t>
      </w:r>
      <w:r>
        <w:t>Every player with ball in grid.</w:t>
      </w:r>
    </w:p>
    <w:p>
      <w:r>
        <w:rPr>
          <w:b/>
        </w:rPr>
        <w:t xml:space="preserve">DO THIS: </w:t>
      </w:r>
      <w:r>
        <w:t>Practice pullback, inside cut, outside cut; then free dribble.</w:t>
      </w:r>
    </w:p>
    <w:p>
      <w:r>
        <w:rPr>
          <w:b/>
        </w:rPr>
        <w:t xml:space="preserve">SAY THIS: </w:t>
      </w:r>
      <w:r>
        <w:t>Pick one move you like.</w:t>
      </w:r>
    </w:p>
    <w:p>
      <w:r>
        <w:rPr>
          <w:b/>
        </w:rPr>
        <w:t xml:space="preserve">LOOK FOR: </w:t>
      </w:r>
      <w:r>
        <w:t>Control and acceleration after move.</w:t>
      </w:r>
    </w:p>
    <w:p>
      <w:pPr>
        <w:pStyle w:val="Heading3"/>
      </w:pPr>
      <w:r>
        <w:t>3. 1v1 Two Goals — 10 min</w:t>
      </w:r>
    </w:p>
    <w:p>
      <w:r>
        <w:rPr>
          <w:b/>
        </w:rPr>
        <w:t xml:space="preserve">SETUP: </w:t>
      </w:r>
      <w:r>
        <w:t>Multiple fields, two attacking goals.</w:t>
      </w:r>
    </w:p>
    <w:p>
      <w:r>
        <w:rPr>
          <w:b/>
        </w:rPr>
        <w:t xml:space="preserve">DO THIS: </w:t>
      </w:r>
      <w:r>
        <w:t>Attacker scores in either; defender wins and counterattacks.</w:t>
      </w:r>
    </w:p>
    <w:p>
      <w:r>
        <w:rPr>
          <w:b/>
        </w:rPr>
        <w:t xml:space="preserve">SAY THIS: </w:t>
      </w:r>
      <w:r>
        <w:t>Attack the space.</w:t>
      </w:r>
    </w:p>
    <w:p>
      <w:r>
        <w:rPr>
          <w:b/>
        </w:rPr>
        <w:t xml:space="preserve">LOOK FOR: </w:t>
      </w:r>
      <w:r>
        <w:t>Change of direction and bravery.</w:t>
      </w:r>
    </w:p>
    <w:p>
      <w:pPr>
        <w:pStyle w:val="Heading3"/>
      </w:pPr>
      <w:r>
        <w:t>4. 2v1 Continuous — 12 min</w:t>
      </w:r>
    </w:p>
    <w:p>
      <w:r>
        <w:rPr>
          <w:b/>
        </w:rPr>
        <w:t xml:space="preserve">SETUP: </w:t>
      </w:r>
      <w:r>
        <w:t>Mini-fields; two attackers vs defender; quick reset/rotation.</w:t>
      </w:r>
    </w:p>
    <w:p>
      <w:r>
        <w:rPr>
          <w:b/>
        </w:rPr>
        <w:t xml:space="preserve">DO THIS: </w:t>
      </w:r>
      <w:r>
        <w:t>Attackers solve defender with dribble or pass.</w:t>
      </w:r>
    </w:p>
    <w:p>
      <w:r>
        <w:rPr>
          <w:b/>
        </w:rPr>
        <w:t xml:space="preserve">SAY THIS: </w:t>
      </w:r>
      <w:r>
        <w:t>Make the defender choose.</w:t>
      </w:r>
    </w:p>
    <w:p>
      <w:r>
        <w:rPr>
          <w:b/>
        </w:rPr>
        <w:t xml:space="preserve">LOOK FOR: </w:t>
      </w:r>
      <w:r>
        <w:t>Recognizing overload.</w:t>
      </w:r>
    </w:p>
    <w:p>
      <w:pPr>
        <w:pStyle w:val="Heading3"/>
      </w:pPr>
      <w:r>
        <w:t>5. 2v2 / 3v3 — 10 min</w:t>
      </w:r>
    </w:p>
    <w:p>
      <w:r>
        <w:rPr>
          <w:b/>
        </w:rPr>
        <w:t xml:space="preserve">SETUP: </w:t>
      </w:r>
      <w:r>
        <w:t>Small fields.</w:t>
      </w:r>
    </w:p>
    <w:p>
      <w:r>
        <w:rPr>
          <w:b/>
        </w:rPr>
        <w:t xml:space="preserve">DO THIS: </w:t>
      </w:r>
      <w:r>
        <w:t>Free play.</w:t>
      </w:r>
    </w:p>
    <w:p>
      <w:r>
        <w:rPr>
          <w:b/>
        </w:rPr>
        <w:t xml:space="preserve">SAY THIS: </w:t>
      </w:r>
      <w:r>
        <w:t>Can you create a 2v1 somewhere?</w:t>
      </w:r>
    </w:p>
    <w:p>
      <w:r>
        <w:rPr>
          <w:b/>
        </w:rPr>
        <w:t xml:space="preserve">LOOK FOR: </w:t>
      </w:r>
      <w:r>
        <w:t>Support and combination play.</w:t>
      </w:r>
    </w:p>
    <w:p>
      <w:pPr>
        <w:pStyle w:val="Heading3"/>
      </w:pPr>
      <w:r>
        <w:t>6. Game-Day Scrimmage — 15 min</w:t>
      </w:r>
    </w:p>
    <w:p>
      <w:r>
        <w:rPr>
          <w:b/>
        </w:rPr>
        <w:t xml:space="preserve">SETUP: </w:t>
      </w:r>
      <w:r>
        <w:t>Normal game setup.</w:t>
      </w:r>
    </w:p>
    <w:p>
      <w:r>
        <w:rPr>
          <w:b/>
        </w:rPr>
        <w:t xml:space="preserve">DO THIS: </w:t>
      </w:r>
      <w:r>
        <w:t>Play with minimal interruption.</w:t>
      </w:r>
    </w:p>
    <w:p>
      <w:r>
        <w:rPr>
          <w:b/>
        </w:rPr>
        <w:t xml:space="preserve">SAY THIS: </w:t>
      </w:r>
      <w:r>
        <w:t>Be brave with the ball.</w:t>
      </w:r>
    </w:p>
    <w:p>
      <w:r>
        <w:rPr>
          <w:b/>
        </w:rPr>
        <w:t xml:space="preserve">LOOK FOR: </w:t>
      </w:r>
      <w:r>
        <w:t>Applying attacking choices.</w:t>
      </w:r>
    </w:p>
    <w:p>
      <w:pPr>
        <w:pStyle w:val="Heading2"/>
      </w:pPr>
      <w:r>
        <w:t>Week 6 — Defending + Transition</w:t>
      </w:r>
    </w:p>
    <w:p>
      <w:r>
        <w:t>Goal: Delay, stay goal-side, win the ball cleanly, and immediately transition to attack.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One issue from Saturday.</w:t>
      </w:r>
    </w:p>
    <w:p>
      <w:r>
        <w:rPr>
          <w:b/>
        </w:rPr>
        <w:t xml:space="preserve">DO THIS: </w:t>
      </w:r>
      <w:r>
        <w:t>Brief correction.</w:t>
      </w:r>
    </w:p>
    <w:p>
      <w:r>
        <w:rPr>
          <w:b/>
        </w:rPr>
        <w:t xml:space="preserve">SAY THIS: </w:t>
      </w:r>
      <w:r>
        <w:t>One thing.</w:t>
      </w:r>
    </w:p>
    <w:p>
      <w:r>
        <w:rPr>
          <w:b/>
        </w:rPr>
        <w:t xml:space="preserve">LOOK FOR: </w:t>
      </w:r>
      <w:r>
        <w:t>No lecture.</w:t>
      </w:r>
    </w:p>
    <w:p>
      <w:pPr>
        <w:pStyle w:val="Heading3"/>
      </w:pPr>
      <w:r>
        <w:t>2. Mirror + Jockey — 7 min</w:t>
      </w:r>
    </w:p>
    <w:p>
      <w:r>
        <w:rPr>
          <w:b/>
        </w:rPr>
        <w:t xml:space="preserve">SETUP: </w:t>
      </w:r>
      <w:r>
        <w:t>Pairs; attacker dribbles slowly, defender mirrors.</w:t>
      </w:r>
    </w:p>
    <w:p>
      <w:r>
        <w:rPr>
          <w:b/>
        </w:rPr>
        <w:t xml:space="preserve">DO THIS: </w:t>
      </w:r>
      <w:r>
        <w:t>Defender stays facing attacker without diving in.</w:t>
      </w:r>
    </w:p>
    <w:p>
      <w:r>
        <w:rPr>
          <w:b/>
        </w:rPr>
        <w:t xml:space="preserve">SAY THIS: </w:t>
      </w:r>
      <w:r>
        <w:t>Slow them down.</w:t>
      </w:r>
    </w:p>
    <w:p>
      <w:r>
        <w:rPr>
          <w:b/>
        </w:rPr>
        <w:t xml:space="preserve">LOOK FOR: </w:t>
      </w:r>
      <w:r>
        <w:t>Balance and body position.</w:t>
      </w:r>
    </w:p>
    <w:p>
      <w:pPr>
        <w:pStyle w:val="Heading3"/>
      </w:pPr>
      <w:r>
        <w:t>3. Protect the Goal — 10 min</w:t>
      </w:r>
    </w:p>
    <w:p>
      <w:r>
        <w:rPr>
          <w:b/>
        </w:rPr>
        <w:t xml:space="preserve">SETUP: </w:t>
      </w:r>
      <w:r>
        <w:t>1v1 channels to goal.</w:t>
      </w:r>
    </w:p>
    <w:p>
      <w:r>
        <w:rPr>
          <w:b/>
        </w:rPr>
        <w:t xml:space="preserve">DO THIS: </w:t>
      </w:r>
      <w:r>
        <w:t>Defender delays and shows attacker away from goal.</w:t>
      </w:r>
    </w:p>
    <w:p>
      <w:r>
        <w:rPr>
          <w:b/>
        </w:rPr>
        <w:t xml:space="preserve">SAY THIS: </w:t>
      </w:r>
      <w:r>
        <w:t>Goal first, ball second.</w:t>
      </w:r>
    </w:p>
    <w:p>
      <w:r>
        <w:rPr>
          <w:b/>
        </w:rPr>
        <w:t xml:space="preserve">LOOK FOR: </w:t>
      </w:r>
      <w:r>
        <w:t>Goal-side position.</w:t>
      </w:r>
    </w:p>
    <w:p>
      <w:pPr>
        <w:pStyle w:val="Heading3"/>
      </w:pPr>
      <w:r>
        <w:t>4. 2v2 Defending — 10 min</w:t>
      </w:r>
    </w:p>
    <w:p>
      <w:r>
        <w:rPr>
          <w:b/>
        </w:rPr>
        <w:t xml:space="preserve">SETUP: </w:t>
      </w:r>
      <w:r>
        <w:t>Multiple mini-fields.</w:t>
      </w:r>
    </w:p>
    <w:p>
      <w:r>
        <w:rPr>
          <w:b/>
        </w:rPr>
        <w:t xml:space="preserve">DO THIS: </w:t>
      </w:r>
      <w:r>
        <w:t>Play 2v2; emphasize first defender pressure and second defender support.</w:t>
      </w:r>
    </w:p>
    <w:p>
      <w:r>
        <w:rPr>
          <w:b/>
        </w:rPr>
        <w:t xml:space="preserve">SAY THIS: </w:t>
      </w:r>
      <w:r>
        <w:t>One pressures; one helps.</w:t>
      </w:r>
    </w:p>
    <w:p>
      <w:r>
        <w:rPr>
          <w:b/>
        </w:rPr>
        <w:t xml:space="preserve">LOOK FOR: </w:t>
      </w:r>
      <w:r>
        <w:t>Basic cover without jargon overload.</w:t>
      </w:r>
    </w:p>
    <w:p>
      <w:pPr>
        <w:pStyle w:val="Heading3"/>
      </w:pPr>
      <w:r>
        <w:t>5. Win It and Go — 10 min</w:t>
      </w:r>
    </w:p>
    <w:p>
      <w:r>
        <w:rPr>
          <w:b/>
        </w:rPr>
        <w:t xml:space="preserve">SETUP: </w:t>
      </w:r>
      <w:r>
        <w:t>2v2 with goals both ends.</w:t>
      </w:r>
    </w:p>
    <w:p>
      <w:r>
        <w:rPr>
          <w:b/>
        </w:rPr>
        <w:t xml:space="preserve">DO THIS: </w:t>
      </w:r>
      <w:r>
        <w:t>Possession change immediately becomes counterattack.</w:t>
      </w:r>
    </w:p>
    <w:p>
      <w:r>
        <w:rPr>
          <w:b/>
        </w:rPr>
        <w:t xml:space="preserve">SAY THIS: </w:t>
      </w:r>
      <w:r>
        <w:t>We won it — where's the space?</w:t>
      </w:r>
    </w:p>
    <w:p>
      <w:r>
        <w:rPr>
          <w:b/>
        </w:rPr>
        <w:t xml:space="preserve">LOOK FOR: </w:t>
      </w:r>
      <w:r>
        <w:t>Fast transition.</w:t>
      </w:r>
    </w:p>
    <w:p>
      <w:pPr>
        <w:pStyle w:val="Heading3"/>
      </w:pPr>
      <w:r>
        <w:t>6. Game-Day Scrimmage — 18 min</w:t>
      </w:r>
    </w:p>
    <w:p>
      <w:r>
        <w:rPr>
          <w:b/>
        </w:rPr>
        <w:t xml:space="preserve">SETUP: </w:t>
      </w:r>
      <w:r>
        <w:t>Normal setup.</w:t>
      </w:r>
    </w:p>
    <w:p>
      <w:r>
        <w:rPr>
          <w:b/>
        </w:rPr>
        <w:t xml:space="preserve">DO THIS: </w:t>
      </w:r>
      <w:r>
        <w:t>Observe team reaction when ball is lost/won.</w:t>
      </w:r>
    </w:p>
    <w:p>
      <w:r>
        <w:rPr>
          <w:b/>
        </w:rPr>
        <w:t xml:space="preserve">SAY THIS: </w:t>
      </w:r>
      <w:r>
        <w:t>Recover together. Attack together.</w:t>
      </w:r>
    </w:p>
    <w:p>
      <w:r>
        <w:rPr>
          <w:b/>
        </w:rPr>
        <w:t xml:space="preserve">LOOK FOR: </w:t>
      </w:r>
      <w:r>
        <w:t>Transition habits.</w:t>
      </w:r>
    </w:p>
    <w:p>
      <w:pPr>
        <w:pStyle w:val="Heading2"/>
      </w:pPr>
      <w:r>
        <w:t>Week 7 — Spacing + Support + Playing Together</w:t>
      </w:r>
    </w:p>
    <w:p>
      <w:r>
        <w:t>Goal: Give the ball carrier multiple options and reduce bunching.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One issue.</w:t>
      </w:r>
    </w:p>
    <w:p>
      <w:r>
        <w:rPr>
          <w:b/>
        </w:rPr>
        <w:t xml:space="preserve">DO THIS: </w:t>
      </w:r>
      <w:r>
        <w:t>Quick correction.</w:t>
      </w:r>
    </w:p>
    <w:p>
      <w:r>
        <w:rPr>
          <w:b/>
        </w:rPr>
        <w:t xml:space="preserve">SAY THIS: </w:t>
      </w:r>
      <w:r>
        <w:t>One thing.</w:t>
      </w:r>
    </w:p>
    <w:p>
      <w:r>
        <w:rPr>
          <w:b/>
        </w:rPr>
        <w:t xml:space="preserve">LOOK FOR: </w:t>
      </w:r>
      <w:r>
        <w:t>Move on.</w:t>
      </w:r>
    </w:p>
    <w:p>
      <w:pPr>
        <w:pStyle w:val="Heading3"/>
      </w:pPr>
      <w:r>
        <w:t>2. Find the Empty Window — 8 min</w:t>
      </w:r>
    </w:p>
    <w:p>
      <w:r>
        <w:rPr>
          <w:b/>
        </w:rPr>
        <w:t xml:space="preserve">SETUP: </w:t>
      </w:r>
      <w:r>
        <w:t>Pairs; scattered gates/windows.</w:t>
      </w:r>
    </w:p>
    <w:p>
      <w:r>
        <w:rPr>
          <w:b/>
        </w:rPr>
        <w:t xml:space="preserve">DO THIS: </w:t>
      </w:r>
      <w:r>
        <w:t>Pass through gate, move to a different window.</w:t>
      </w:r>
    </w:p>
    <w:p>
      <w:r>
        <w:rPr>
          <w:b/>
        </w:rPr>
        <w:t xml:space="preserve">SAY THIS: </w:t>
      </w:r>
      <w:r>
        <w:t>Don't follow your pass — find new space.</w:t>
      </w:r>
    </w:p>
    <w:p>
      <w:r>
        <w:rPr>
          <w:b/>
        </w:rPr>
        <w:t xml:space="preserve">LOOK FOR: </w:t>
      </w:r>
      <w:r>
        <w:t>Movement and scanning.</w:t>
      </w:r>
    </w:p>
    <w:p>
      <w:pPr>
        <w:pStyle w:val="Heading3"/>
      </w:pPr>
      <w:r>
        <w:t>3. 4v2 Keep-Away — 10 min</w:t>
      </w:r>
    </w:p>
    <w:p>
      <w:r>
        <w:rPr>
          <w:b/>
        </w:rPr>
        <w:t xml:space="preserve">SETUP: </w:t>
      </w:r>
      <w:r>
        <w:t>Larger grid; four attackers, two defenders.</w:t>
      </w:r>
    </w:p>
    <w:p>
      <w:r>
        <w:rPr>
          <w:b/>
        </w:rPr>
        <w:t xml:space="preserve">DO THIS: </w:t>
      </w:r>
      <w:r>
        <w:t>Maintain possession; adjust grid for success.</w:t>
      </w:r>
    </w:p>
    <w:p>
      <w:r>
        <w:rPr>
          <w:b/>
        </w:rPr>
        <w:t xml:space="preserve">SAY THIS: </w:t>
      </w:r>
      <w:r>
        <w:t>Make the field big.</w:t>
      </w:r>
    </w:p>
    <w:p>
      <w:r>
        <w:rPr>
          <w:b/>
        </w:rPr>
        <w:t xml:space="preserve">LOOK FOR: </w:t>
      </w:r>
      <w:r>
        <w:t>Width, support, passing angles.</w:t>
      </w:r>
    </w:p>
    <w:p>
      <w:pPr>
        <w:pStyle w:val="Heading3"/>
      </w:pPr>
      <w:r>
        <w:t>4. 3v3 + Wide Channels — 10 min</w:t>
      </w:r>
    </w:p>
    <w:p>
      <w:r>
        <w:rPr>
          <w:b/>
        </w:rPr>
        <w:t xml:space="preserve">SETUP: </w:t>
      </w:r>
      <w:r>
        <w:t>Small field with wide outside channels marked.</w:t>
      </w:r>
    </w:p>
    <w:p>
      <w:r>
        <w:rPr>
          <w:b/>
        </w:rPr>
        <w:t xml:space="preserve">DO THIS: </w:t>
      </w:r>
      <w:r>
        <w:t>Free play; encourage use of width without requiring it.</w:t>
      </w:r>
    </w:p>
    <w:p>
      <w:r>
        <w:rPr>
          <w:b/>
        </w:rPr>
        <w:t xml:space="preserve">SAY THIS: </w:t>
      </w:r>
      <w:r>
        <w:t>Where is there room to play?</w:t>
      </w:r>
    </w:p>
    <w:p>
      <w:r>
        <w:rPr>
          <w:b/>
        </w:rPr>
        <w:t xml:space="preserve">LOOK FOR: </w:t>
      </w:r>
      <w:r>
        <w:t>Using width naturally.</w:t>
      </w:r>
    </w:p>
    <w:p>
      <w:pPr>
        <w:pStyle w:val="Heading3"/>
      </w:pPr>
      <w:r>
        <w:t>5. 4v4 to Two Goals — 10 min</w:t>
      </w:r>
    </w:p>
    <w:p>
      <w:r>
        <w:rPr>
          <w:b/>
        </w:rPr>
        <w:t xml:space="preserve">SETUP: </w:t>
      </w:r>
      <w:r>
        <w:t>Two goals on each end.</w:t>
      </w:r>
    </w:p>
    <w:p>
      <w:r>
        <w:rPr>
          <w:b/>
        </w:rPr>
        <w:t xml:space="preserve">DO THIS: </w:t>
      </w:r>
      <w:r>
        <w:t>Free soccer.</w:t>
      </w:r>
    </w:p>
    <w:p>
      <w:r>
        <w:rPr>
          <w:b/>
        </w:rPr>
        <w:t xml:space="preserve">SAY THIS: </w:t>
      </w:r>
      <w:r>
        <w:t>Can we give the player with the ball two choices?</w:t>
      </w:r>
    </w:p>
    <w:p>
      <w:r>
        <w:rPr>
          <w:b/>
        </w:rPr>
        <w:t xml:space="preserve">LOOK FOR: </w:t>
      </w:r>
      <w:r>
        <w:t>Spacing and support.</w:t>
      </w:r>
    </w:p>
    <w:p>
      <w:pPr>
        <w:pStyle w:val="Heading3"/>
      </w:pPr>
      <w:r>
        <w:t>6. Game-Day Scrimmage — 17 min</w:t>
      </w:r>
    </w:p>
    <w:p>
      <w:r>
        <w:rPr>
          <w:b/>
        </w:rPr>
        <w:t xml:space="preserve">SETUP: </w:t>
      </w:r>
      <w:r>
        <w:t>Normal setup.</w:t>
      </w:r>
    </w:p>
    <w:p>
      <w:r>
        <w:rPr>
          <w:b/>
        </w:rPr>
        <w:t xml:space="preserve">DO THIS: </w:t>
      </w:r>
      <w:r>
        <w:t>Freeze once or twice only; ask players where support could improve.</w:t>
      </w:r>
    </w:p>
    <w:p>
      <w:r>
        <w:rPr>
          <w:b/>
        </w:rPr>
        <w:t xml:space="preserve">SAY THIS: </w:t>
      </w:r>
      <w:r>
        <w:t>Who is helping the ball?</w:t>
      </w:r>
    </w:p>
    <w:p>
      <w:r>
        <w:rPr>
          <w:b/>
        </w:rPr>
        <w:t xml:space="preserve">LOOK FOR: </w:t>
      </w:r>
      <w:r>
        <w:t>Self-correction and team shape.</w:t>
      </w:r>
    </w:p>
    <w:p>
      <w:pPr>
        <w:pStyle w:val="Heading2"/>
      </w:pPr>
      <w:r>
        <w:t>Week 8 — Soccer Challenge / Small-Sided Festival</w:t>
      </w:r>
    </w:p>
    <w:p>
      <w:r>
        <w:t>Goal: Review skills through competition and free play. Also reusable as the U10 Fun Practice.</w:t>
      </w:r>
    </w:p>
    <w:p>
      <w:pPr>
        <w:pStyle w:val="Heading3"/>
      </w:pPr>
      <w:r>
        <w:t>1. Dribbling Challenge — 8 min</w:t>
      </w:r>
    </w:p>
    <w:p>
      <w:r>
        <w:rPr>
          <w:b/>
        </w:rPr>
        <w:t xml:space="preserve">SETUP: </w:t>
      </w:r>
      <w:r>
        <w:t>Every player with ball; cone obstacles/gates.</w:t>
      </w:r>
    </w:p>
    <w:p>
      <w:r>
        <w:rPr>
          <w:b/>
        </w:rPr>
        <w:t xml:space="preserve">DO THIS: </w:t>
      </w:r>
      <w:r>
        <w:t>Timed personal challenges and free moves.</w:t>
      </w:r>
    </w:p>
    <w:p>
      <w:r>
        <w:rPr>
          <w:b/>
        </w:rPr>
        <w:t xml:space="preserve">SAY THIS: </w:t>
      </w:r>
      <w:r>
        <w:t>Beat your own score.</w:t>
      </w:r>
    </w:p>
    <w:p>
      <w:r>
        <w:rPr>
          <w:b/>
        </w:rPr>
        <w:t xml:space="preserve">LOOK FOR: </w:t>
      </w:r>
      <w:r>
        <w:t>Confidence and control.</w:t>
      </w:r>
    </w:p>
    <w:p>
      <w:pPr>
        <w:pStyle w:val="Heading3"/>
      </w:pPr>
      <w:r>
        <w:t>2. Passing Challenge — 8 min</w:t>
      </w:r>
    </w:p>
    <w:p>
      <w:r>
        <w:rPr>
          <w:b/>
        </w:rPr>
        <w:t xml:space="preserve">SETUP: </w:t>
      </w:r>
      <w:r>
        <w:t>Pairs; gates/targets.</w:t>
      </w:r>
    </w:p>
    <w:p>
      <w:r>
        <w:rPr>
          <w:b/>
        </w:rPr>
        <w:t xml:space="preserve">DO THIS: </w:t>
      </w:r>
      <w:r>
        <w:t>Complete accurate passes through as many targets as possible.</w:t>
      </w:r>
    </w:p>
    <w:p>
      <w:r>
        <w:rPr>
          <w:b/>
        </w:rPr>
        <w:t xml:space="preserve">SAY THIS: </w:t>
      </w:r>
      <w:r>
        <w:t>Pass, move, find another.</w:t>
      </w:r>
    </w:p>
    <w:p>
      <w:r>
        <w:rPr>
          <w:b/>
        </w:rPr>
        <w:t xml:space="preserve">LOOK FOR: </w:t>
      </w:r>
      <w:r>
        <w:t>Accuracy and movement.</w:t>
      </w:r>
    </w:p>
    <w:p>
      <w:pPr>
        <w:pStyle w:val="Heading3"/>
      </w:pPr>
      <w:r>
        <w:t>3. Finishing Challenge — 8 min</w:t>
      </w:r>
    </w:p>
    <w:p>
      <w:r>
        <w:rPr>
          <w:b/>
        </w:rPr>
        <w:t xml:space="preserve">SETUP: </w:t>
      </w:r>
      <w:r>
        <w:t>Multiple goals/targets.</w:t>
      </w:r>
    </w:p>
    <w:p>
      <w:r>
        <w:rPr>
          <w:b/>
        </w:rPr>
        <w:t xml:space="preserve">DO THIS: </w:t>
      </w:r>
      <w:r>
        <w:t>Players finish from different angles; personal scoring challenge.</w:t>
      </w:r>
    </w:p>
    <w:p>
      <w:r>
        <w:rPr>
          <w:b/>
        </w:rPr>
        <w:t xml:space="preserve">SAY THIS: </w:t>
      </w:r>
      <w:r>
        <w:t>Pick your spot.</w:t>
      </w:r>
    </w:p>
    <w:p>
      <w:r>
        <w:rPr>
          <w:b/>
        </w:rPr>
        <w:t xml:space="preserve">LOOK FOR: </w:t>
      </w:r>
      <w:r>
        <w:t>Controlled finishing.</w:t>
      </w:r>
    </w:p>
    <w:p>
      <w:pPr>
        <w:pStyle w:val="Heading3"/>
      </w:pPr>
      <w:r>
        <w:t>4. 1v1 Festival — 8 min</w:t>
      </w:r>
    </w:p>
    <w:p>
      <w:r>
        <w:rPr>
          <w:b/>
        </w:rPr>
        <w:t xml:space="preserve">SETUP: </w:t>
      </w:r>
      <w:r>
        <w:t>Multiple tiny fields.</w:t>
      </w:r>
    </w:p>
    <w:p>
      <w:r>
        <w:rPr>
          <w:b/>
        </w:rPr>
        <w:t xml:space="preserve">DO THIS: </w:t>
      </w:r>
      <w:r>
        <w:t>Short games; rotate.</w:t>
      </w:r>
    </w:p>
    <w:p>
      <w:r>
        <w:rPr>
          <w:b/>
        </w:rPr>
        <w:t xml:space="preserve">SAY THIS: </w:t>
      </w:r>
      <w:r>
        <w:t>Attack and defend.</w:t>
      </w:r>
    </w:p>
    <w:p>
      <w:r>
        <w:rPr>
          <w:b/>
        </w:rPr>
        <w:t xml:space="preserve">LOOK FOR: </w:t>
      </w:r>
      <w:r>
        <w:t>Repetition without waiting.</w:t>
      </w:r>
    </w:p>
    <w:p>
      <w:pPr>
        <w:pStyle w:val="Heading3"/>
      </w:pPr>
      <w:r>
        <w:t>5. 2v2 / 3v3 Festival — 10 min</w:t>
      </w:r>
    </w:p>
    <w:p>
      <w:r>
        <w:rPr>
          <w:b/>
        </w:rPr>
        <w:t xml:space="preserve">SETUP: </w:t>
      </w:r>
      <w:r>
        <w:t>Multiple fields.</w:t>
      </w:r>
    </w:p>
    <w:p>
      <w:r>
        <w:rPr>
          <w:b/>
        </w:rPr>
        <w:t xml:space="preserve">DO THIS: </w:t>
      </w:r>
      <w:r>
        <w:t>Short games; rotate opponents.</w:t>
      </w:r>
    </w:p>
    <w:p>
      <w:r>
        <w:rPr>
          <w:b/>
        </w:rPr>
        <w:t xml:space="preserve">SAY THIS: </w:t>
      </w:r>
      <w:r>
        <w:t>Play.</w:t>
      </w:r>
    </w:p>
    <w:p>
      <w:r>
        <w:rPr>
          <w:b/>
        </w:rPr>
        <w:t xml:space="preserve">LOOK FOR: </w:t>
      </w:r>
      <w:r>
        <w:t>Decision-making.</w:t>
      </w:r>
    </w:p>
    <w:p>
      <w:pPr>
        <w:pStyle w:val="Heading3"/>
      </w:pPr>
      <w:r>
        <w:t>6. Final Game — 18 min</w:t>
      </w:r>
    </w:p>
    <w:p>
      <w:r>
        <w:rPr>
          <w:b/>
        </w:rPr>
        <w:t xml:space="preserve">SETUP: </w:t>
      </w:r>
      <w:r>
        <w:t>7v7 if attendance permits; otherwise smaller-sided.</w:t>
      </w:r>
    </w:p>
    <w:p>
      <w:r>
        <w:rPr>
          <w:b/>
        </w:rPr>
        <w:t xml:space="preserve">DO THIS: </w:t>
      </w:r>
      <w:r>
        <w:t>Use normal rules; coach mostly observes/encourages.</w:t>
      </w:r>
    </w:p>
    <w:p>
      <w:r>
        <w:rPr>
          <w:b/>
        </w:rPr>
        <w:t xml:space="preserve">SAY THIS: </w:t>
      </w:r>
      <w:r>
        <w:t>Show me what you've learned.</w:t>
      </w:r>
    </w:p>
    <w:p>
      <w:r>
        <w:rPr>
          <w:b/>
        </w:rPr>
        <w:t xml:space="preserve">LOOK FOR: </w:t>
      </w:r>
      <w:r>
        <w:t>Enjoyment, independence, teamwork.</w:t>
      </w:r>
    </w:p>
    <w:p>
      <w:pPr>
        <w:pStyle w:val="Heading1"/>
      </w:pPr>
      <w:r>
        <w:t>4. U10 Emergency Practice</w:t>
      </w:r>
    </w:p>
    <w:p>
      <w:r>
        <w:t>PAGE TITLE: 🚨 I NEED A PRACTICE RIGHT NOW — 60 minutes, no preparation.</w:t>
      </w:r>
    </w:p>
    <w:p>
      <w:pPr>
        <w:pStyle w:val="ListBullet"/>
      </w:pPr>
      <w:r>
        <w:t>10 min — Everybody Has a Ball: dribbling, turns, speed changes.</w:t>
      </w:r>
    </w:p>
    <w:p>
      <w:pPr>
        <w:pStyle w:val="ListBullet"/>
      </w:pPr>
      <w:r>
        <w:t>10 min — Gates: dribble first, then pairs passing through gates.</w:t>
      </w:r>
    </w:p>
    <w:p>
      <w:pPr>
        <w:pStyle w:val="ListBullet"/>
      </w:pPr>
      <w:r>
        <w:t>10 min — 1v1 Two-Goal Games: several mini-fields.</w:t>
      </w:r>
    </w:p>
    <w:p>
      <w:pPr>
        <w:pStyle w:val="ListBullet"/>
      </w:pPr>
      <w:r>
        <w:t>10 min — 2v2 / 3v3: free play.</w:t>
      </w:r>
    </w:p>
    <w:p>
      <w:pPr>
        <w:pStyle w:val="ListBullet"/>
      </w:pPr>
      <w:r>
        <w:t>20 min — Game-Day Scrimmage: use proper U10 restarts and build-out-line procedures.</w:t>
      </w:r>
    </w:p>
    <w:p>
      <w:r>
        <w:t>Coach note: A simple practice with lots of touches and soccer is better than a complicated practice with players standing around.</w:t>
      </w:r>
    </w:p>
    <w:p>
      <w:pPr>
        <w:pStyle w:val="Heading1"/>
      </w:pPr>
      <w:r>
        <w:t>5. U10 Game-Day Cheat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Topic</w:t>
            </w:r>
          </w:p>
        </w:tc>
        <w:tc>
          <w:tcPr>
            <w:tcW w:type="dxa" w:w="5112"/>
          </w:tcPr>
          <w:p>
            <w:r>
              <w:t>SVFL U10 Summary</w:t>
            </w:r>
          </w:p>
        </w:tc>
      </w:tr>
      <w:tr>
        <w:tc>
          <w:tcPr>
            <w:tcW w:type="dxa" w:w="5112"/>
          </w:tcPr>
          <w:p>
            <w:r>
              <w:t>Game format</w:t>
            </w:r>
          </w:p>
        </w:tc>
        <w:tc>
          <w:tcPr>
            <w:tcW w:type="dxa" w:w="5112"/>
          </w:tcPr>
          <w:p>
            <w:r>
              <w:t>7v7 including goalkeeper. #4 ball. Two 25-minute halves with 5-minute halftime.</w:t>
            </w:r>
          </w:p>
        </w:tc>
      </w:tr>
      <w:tr>
        <w:tc>
          <w:tcPr>
            <w:tcW w:type="dxa" w:w="5112"/>
          </w:tcPr>
          <w:p>
            <w:r>
              <w:t>Field / roster</w:t>
            </w:r>
          </w:p>
        </w:tc>
        <w:tc>
          <w:tcPr>
            <w:tcW w:type="dxa" w:w="5112"/>
          </w:tcPr>
          <w:p>
            <w:r>
              <w:t>Field 60×40 to 80×45 yards. 14-player maximum roster. Five players per side needed for an official game; four or fewer results in forfeit.</w:t>
            </w:r>
          </w:p>
        </w:tc>
      </w:tr>
      <w:tr>
        <w:tc>
          <w:tcPr>
            <w:tcW w:type="dxa" w:w="5112"/>
          </w:tcPr>
          <w:p>
            <w:r>
              <w:t>Participation</w:t>
            </w:r>
          </w:p>
        </w:tc>
        <w:tc>
          <w:tcPr>
            <w:tcW w:type="dxa" w:w="5112"/>
          </w:tcPr>
          <w:p>
            <w:r>
              <w:t>All dressed players should play as close to half the game as possible and play in both halves.</w:t>
            </w:r>
          </w:p>
        </w:tc>
      </w:tr>
      <w:tr>
        <w:tc>
          <w:tcPr>
            <w:tcW w:type="dxa" w:w="5112"/>
          </w:tcPr>
          <w:p>
            <w:r>
              <w:t>Build-out line</w:t>
            </w:r>
          </w:p>
        </w:tc>
        <w:tc>
          <w:tcPr>
            <w:tcW w:type="dxa" w:w="5112"/>
          </w:tcPr>
          <w:p>
            <w:r>
              <w:t>Used in U10. Marked parallel to goal line at the bottom of the center circle; cones outside touchline may be used.</w:t>
            </w:r>
          </w:p>
        </w:tc>
      </w:tr>
      <w:tr>
        <w:tc>
          <w:tcPr>
            <w:tcW w:type="dxa" w:w="5112"/>
          </w:tcPr>
          <w:p>
            <w:r>
              <w:t>Goal kick / goalkeeper possession</w:t>
            </w:r>
          </w:p>
        </w:tc>
        <w:tc>
          <w:tcPr>
            <w:tcW w:type="dxa" w:w="5112"/>
          </w:tcPr>
          <w:p>
            <w:r>
              <w:t>Opponents retreat behind build-out line. Ball is in play after one-touch possession by another player or after it travels past build-out line.</w:t>
            </w:r>
          </w:p>
        </w:tc>
      </w:tr>
      <w:tr>
        <w:tc>
          <w:tcPr>
            <w:tcW w:type="dxa" w:w="5112"/>
          </w:tcPr>
          <w:p>
            <w:r>
              <w:t>Goalkeeper distribution</w:t>
            </w:r>
          </w:p>
        </w:tc>
        <w:tc>
          <w:tcPr>
            <w:tcW w:type="dxa" w:w="5112"/>
          </w:tcPr>
          <w:p>
            <w:r>
              <w:t>No punts or drop kicks under the U10 build-out-line addendum. Keeper can pass on ground, throw, or roll.</w:t>
            </w:r>
          </w:p>
        </w:tc>
      </w:tr>
      <w:tr>
        <w:tc>
          <w:tcPr>
            <w:tcW w:type="dxa" w:w="5112"/>
          </w:tcPr>
          <w:p>
            <w:r>
              <w:t>8-second rule</w:t>
            </w:r>
          </w:p>
        </w:tc>
        <w:tc>
          <w:tcPr>
            <w:tcW w:type="dxa" w:w="5112"/>
          </w:tcPr>
          <w:p>
            <w:r>
              <w:t>Goalkeeper release plus second touch must be completed within 8 seconds under the SVFL restart rule; violation can result in corner kick.</w:t>
            </w:r>
          </w:p>
        </w:tc>
      </w:tr>
      <w:tr>
        <w:tc>
          <w:tcPr>
            <w:tcW w:type="dxa" w:w="5112"/>
          </w:tcPr>
          <w:p>
            <w:r>
              <w:t>Offside</w:t>
            </w:r>
          </w:p>
        </w:tc>
        <w:tc>
          <w:tcPr>
            <w:tcW w:type="dxa" w:w="5112"/>
          </w:tcPr>
          <w:p>
            <w:r>
              <w:t>Offside is called at U10 through U19.</w:t>
            </w:r>
          </w:p>
        </w:tc>
      </w:tr>
      <w:tr>
        <w:tc>
          <w:tcPr>
            <w:tcW w:type="dxa" w:w="5112"/>
          </w:tcPr>
          <w:p>
            <w:r>
              <w:t>Heading</w:t>
            </w:r>
          </w:p>
        </w:tc>
        <w:tc>
          <w:tcPr>
            <w:tcW w:type="dxa" w:w="5112"/>
          </w:tcPr>
          <w:p>
            <w:r>
              <w:t>No heading at U12 and below.</w:t>
            </w:r>
          </w:p>
        </w:tc>
      </w:tr>
      <w:tr>
        <w:tc>
          <w:tcPr>
            <w:tcW w:type="dxa" w:w="5112"/>
          </w:tcPr>
          <w:p>
            <w:r>
              <w:t>Slide tackling</w:t>
            </w:r>
          </w:p>
        </w:tc>
        <w:tc>
          <w:tcPr>
            <w:tcW w:type="dxa" w:w="5112"/>
          </w:tcPr>
          <w:p>
            <w:r>
              <w:t>No slide tackling at U12 and below.</w:t>
            </w:r>
          </w:p>
        </w:tc>
      </w:tr>
      <w:tr>
        <w:tc>
          <w:tcPr>
            <w:tcW w:type="dxa" w:w="5112"/>
          </w:tcPr>
          <w:p>
            <w:r>
              <w:t>Substitutions</w:t>
            </w:r>
          </w:p>
        </w:tc>
        <w:tc>
          <w:tcPr>
            <w:tcW w:type="dxa" w:w="5112"/>
          </w:tcPr>
          <w:p>
            <w:r>
              <w:t>With referee permission at specified dead balls; substitutes should be ready at midfield.</w:t>
            </w:r>
          </w:p>
        </w:tc>
      </w:tr>
      <w:tr>
        <w:tc>
          <w:tcPr>
            <w:tcW w:type="dxa" w:w="5112"/>
          </w:tcPr>
          <w:p>
            <w:r>
              <w:t>Coach field access</w:t>
            </w:r>
          </w:p>
        </w:tc>
        <w:tc>
          <w:tcPr>
            <w:tcW w:type="dxa" w:w="5112"/>
          </w:tcPr>
          <w:p>
            <w:r>
              <w:t>U10–U19 coaches enter field only for an injured player after being called on by referee.</w:t>
            </w:r>
          </w:p>
        </w:tc>
      </w:tr>
      <w:tr>
        <w:tc>
          <w:tcPr>
            <w:tcW w:type="dxa" w:w="5112"/>
          </w:tcPr>
          <w:p>
            <w:r>
              <w:t>Referee communication</w:t>
            </w:r>
          </w:p>
        </w:tc>
        <w:tc>
          <w:tcPr>
            <w:tcW w:type="dxa" w:w="5112"/>
          </w:tcPr>
          <w:p>
            <w:r>
              <w:t>Only head coach may respectfully address questions to referee.</w:t>
            </w:r>
          </w:p>
        </w:tc>
      </w:tr>
    </w:tbl>
    <w:p>
      <w:pPr>
        <w:pStyle w:val="Heading1"/>
      </w:pPr>
      <w:r>
        <w:t>6. First Three Practices — Game Readiness Emphasis</w:t>
      </w:r>
    </w:p>
    <w:p>
      <w:r>
        <w:t>Because teams typically have about three weekday practices before Saturday games begin, the first three U10 practices intentionally cover:</w:t>
      </w:r>
    </w:p>
    <w:p>
      <w:pPr>
        <w:pStyle w:val="ListBullet"/>
      </w:pPr>
      <w:r>
        <w:t>Practice 1: field orientation, goalkeeper, kickoff, basic 7v7 organization and build-out-line awareness.</w:t>
      </w:r>
    </w:p>
    <w:p>
      <w:pPr>
        <w:pStyle w:val="ListBullet"/>
      </w:pPr>
      <w:r>
        <w:t>Practice 2: legal throw-ins, goal kicks, goalkeeper distribution and build-out-line behavior.</w:t>
      </w:r>
    </w:p>
    <w:p>
      <w:pPr>
        <w:pStyle w:val="ListBullet"/>
      </w:pPr>
      <w:r>
        <w:t>Practice 3: realistic game restarts, substitutions, offside awareness, no heading, and no slide tackling.</w:t>
      </w:r>
    </w:p>
    <w:p>
      <w:pPr>
        <w:pStyle w:val="Heading1"/>
      </w:pPr>
      <w:r>
        <w:t>7. Website Editor Notes</w:t>
      </w:r>
    </w:p>
    <w:p>
      <w:pPr>
        <w:pStyle w:val="ListBullet"/>
      </w:pPr>
      <w:r>
        <w:t>Use the same U8 page template and navigation so coaches moving between age groups recognize the interface.</w:t>
      </w:r>
    </w:p>
    <w:p>
      <w:pPr>
        <w:pStyle w:val="ListBullet"/>
      </w:pPr>
      <w:r>
        <w:t>At top of every practice show: time, goal, equipment, and before-practice setup.</w:t>
      </w:r>
    </w:p>
    <w:p>
      <w:pPr>
        <w:pStyle w:val="ListBullet"/>
      </w:pPr>
      <w:r>
        <w:t>Use collapsible sections for 45-minute version and troubleshooting.</w:t>
      </w:r>
    </w:p>
    <w:p>
      <w:pPr>
        <w:pStyle w:val="ListBullet"/>
      </w:pPr>
      <w:r>
        <w:t>Add [SHOW ME] placeholders for diagrams/videos.</w:t>
      </w:r>
    </w:p>
    <w:p>
      <w:pPr>
        <w:pStyle w:val="ListBullet"/>
      </w:pPr>
      <w:r>
        <w:t>Game-Day page should show 'SVFL rules revised 7/15/2026' and a Last Updated field.</w:t>
      </w:r>
    </w:p>
    <w:p>
      <w:pPr>
        <w:pStyle w:val="ListBullet"/>
      </w:pPr>
      <w:r>
        <w:t>Keep rule summaries concise on-screen; link to the full SVFL rules separately.</w:t>
      </w:r>
    </w:p>
    <w:p>
      <w:pPr>
        <w:pStyle w:val="ListBullet"/>
      </w:pPr>
      <w:r>
        <w:t>Test U10 pages on a phone before publishing all eight weeks.</w:t>
      </w:r>
    </w:p>
    <w:p>
      <w:pPr>
        <w:pStyle w:val="Heading1"/>
      </w:pPr>
      <w:r>
        <w:t>8. Source Notes</w:t>
      </w:r>
    </w:p>
    <w:p>
      <w:r>
        <w:t>Rule-derived content in this package is based on the supplied Southern Virginia Futbol League Youth Soccer Rules, revised 7/15/2026. Relevant sections include age/game format, number of players, substitutions, U8/U10 restarts, offside, slide tackles, heading, and the Build-Out Lines Addendum. Coaching activities are LGSA curriculum content developed for the Coach Hub.</w:t>
      </w:r>
    </w:p>
    <w:p>
      <w:r>
        <w:t>Important implementation note: if SVFL rules change, update the Game-Day Cheat Sheet and any practice instructions that refer to league-specific restarts or build-out-line procedures.</w:t>
      </w:r>
    </w:p>
    <w:p>
      <w:r>
        <w:br w:type="page"/>
      </w:r>
    </w:p>
    <w:p>
      <w:pPr>
        <w:pStyle w:val="Heading1"/>
      </w:pPr>
      <w:r>
        <w:t>U12 — Coach Hub</w:t>
      </w:r>
    </w:p>
    <w:p>
      <w:pPr>
        <w:pStyle w:val="Title"/>
        <w:jc w:val="center"/>
      </w:pPr>
      <w:r>
        <w:rPr>
          <w:b/>
        </w:rPr>
        <w:t>LGSA Coach Hub — U12 Publishing Package</w:t>
      </w:r>
    </w:p>
    <w:p>
      <w:pPr>
        <w:jc w:val="center"/>
      </w:pPr>
      <w:r>
        <w:rPr>
          <w:i/>
        </w:rPr>
        <w:t>Mobile-first recreational curriculum • SVFL rules revised 7/15/2026</w:t>
      </w:r>
    </w:p>
    <w:p>
      <w:pPr>
        <w:pStyle w:val="Heading1"/>
      </w:pPr>
      <w:r>
        <w:t>1. U12 Development Approach</w:t>
      </w:r>
    </w:p>
    <w:p>
      <w:pPr>
        <w:pStyle w:val="ListBullet"/>
      </w:pPr>
      <w:r>
        <w:t>Keep the Coach Hub simple enough for a first-time volunteer, but make U12 more game-realistic than U8/U10.</w:t>
      </w:r>
    </w:p>
    <w:p>
      <w:pPr>
        <w:pStyle w:val="ListBullet"/>
      </w:pPr>
      <w:r>
        <w:t>Use small-sided games to teach decisions: support, width, depth, combination play, defending together, and transition.</w:t>
      </w:r>
    </w:p>
    <w:p>
      <w:pPr>
        <w:pStyle w:val="ListBullet"/>
      </w:pPr>
      <w:r>
        <w:t>Minimize lines and isolated drills. Players should spend most of practice moving, receiving, deciding, attacking, or defending.</w:t>
      </w:r>
    </w:p>
    <w:p>
      <w:pPr>
        <w:pStyle w:val="ListBullet"/>
      </w:pPr>
      <w:r>
        <w:t>Use the first three practices to prepare for the first Saturday game: game organization, throw-ins/restarts, offside awareness, and goalkeeper play.</w:t>
      </w:r>
    </w:p>
    <w:p>
      <w:pPr>
        <w:pStyle w:val="ListBullet"/>
      </w:pPr>
      <w:r>
        <w:t>After games begin, spend about five minutes on one problem from the previous match.</w:t>
      </w:r>
    </w:p>
    <w:p>
      <w:pPr>
        <w:pStyle w:val="ListBullet"/>
      </w:pPr>
      <w:r>
        <w:t>Heading and slide tackling remain prohibited under the supplied SVFL rules for U12 and below.</w:t>
      </w:r>
    </w:p>
    <w:p>
      <w:pPr>
        <w:pStyle w:val="Heading1"/>
      </w:pPr>
      <w:r>
        <w:t>2. U12 Coach Center Navigation</w:t>
      </w:r>
    </w:p>
    <w:p>
      <w:pPr>
        <w:pStyle w:val="ListBullet"/>
      </w:pPr>
      <w:r>
        <w:t>🚨 I NEED A PRACTICE NOW</w:t>
      </w:r>
    </w:p>
    <w:p>
      <w:pPr>
        <w:pStyle w:val="ListBullet"/>
      </w:pPr>
      <w:r>
        <w:t>🏟 GAME DAY — U12 rules, substitutions, offside, restarts</w:t>
      </w:r>
    </w:p>
    <w:p>
      <w:pPr>
        <w:pStyle w:val="ListBullet"/>
      </w:pPr>
      <w:r>
        <w:t>Week 1 — First Touch + Game Organization</w:t>
      </w:r>
    </w:p>
    <w:p>
      <w:pPr>
        <w:pStyle w:val="ListBullet"/>
      </w:pPr>
      <w:r>
        <w:t>Week 2 — Dribbling Under Pressure + Restarts</w:t>
      </w:r>
    </w:p>
    <w:p>
      <w:pPr>
        <w:pStyle w:val="ListBullet"/>
      </w:pPr>
      <w:r>
        <w:t>Week 3 — Passing, Support + Game Ready</w:t>
      </w:r>
    </w:p>
    <w:p>
      <w:pPr>
        <w:pStyle w:val="ListBullet"/>
      </w:pPr>
      <w:r>
        <w:t>Week 4 — Attacking + Finishing</w:t>
      </w:r>
    </w:p>
    <w:p>
      <w:pPr>
        <w:pStyle w:val="ListBullet"/>
      </w:pPr>
      <w:r>
        <w:t>Week 5 — Combination Play + Creating Chances</w:t>
      </w:r>
    </w:p>
    <w:p>
      <w:pPr>
        <w:pStyle w:val="ListBullet"/>
      </w:pPr>
      <w:r>
        <w:t>Week 6 — Defending Together + Transition</w:t>
      </w:r>
    </w:p>
    <w:p>
      <w:pPr>
        <w:pStyle w:val="ListBullet"/>
      </w:pPr>
      <w:r>
        <w:t>Week 7 — Width, Depth + Team Shape</w:t>
      </w:r>
    </w:p>
    <w:p>
      <w:pPr>
        <w:pStyle w:val="ListBullet"/>
      </w:pPr>
      <w:r>
        <w:t>Week 8 — Small-Sided Festival + Review</w:t>
      </w:r>
    </w:p>
    <w:p>
      <w:pPr>
        <w:pStyle w:val="ListBullet"/>
      </w:pPr>
      <w:r>
        <w:t>Pick a Practice: First Touch | Dribbling | Passing | Shooting | Attacking | Defending | Team Play | Fun</w:t>
      </w:r>
    </w:p>
    <w:p>
      <w:pPr>
        <w:pStyle w:val="ListBullet"/>
      </w:pPr>
      <w:r>
        <w:t>My Team Is Struggling With: Bunching | Kicking long | No passing options | Trouble getting out of our end | Can't create chances | Can't defend as a team</w:t>
      </w:r>
    </w:p>
    <w:p>
      <w:pPr>
        <w:pStyle w:val="Heading1"/>
      </w:pPr>
      <w:r>
        <w:t>3. Eight-Week Curriculum</w:t>
      </w:r>
    </w:p>
    <w:p>
      <w:pPr>
        <w:pStyle w:val="Heading2"/>
      </w:pPr>
      <w:r>
        <w:t>Week 1 — First Touch + Game Organization</w:t>
      </w:r>
    </w:p>
    <w:p>
      <w:r>
        <w:t>Goal: Improve comfort receiving the ball and introduce U12 game organization without overloading players with positions.</w:t>
      </w:r>
    </w:p>
    <w:p>
      <w:pPr>
        <w:pStyle w:val="Heading3"/>
      </w:pPr>
      <w:r>
        <w:t>1. Ball Mastery + Turns — 8 min</w:t>
      </w:r>
    </w:p>
    <w:p>
      <w:r>
        <w:rPr>
          <w:b/>
        </w:rPr>
        <w:t xml:space="preserve">SETUP: </w:t>
      </w:r>
      <w:r>
        <w:t>25×30 grid; every player has a #4 ball.</w:t>
      </w:r>
    </w:p>
    <w:p>
      <w:r>
        <w:rPr>
          <w:b/>
        </w:rPr>
        <w:t xml:space="preserve">DO THIS: </w:t>
      </w:r>
      <w:r>
        <w:t>Free dribble with inside/outside touches, pullbacks, cuts, speed changes.</w:t>
      </w:r>
    </w:p>
    <w:p>
      <w:r>
        <w:rPr>
          <w:b/>
        </w:rPr>
        <w:t xml:space="preserve">SAY THIS: </w:t>
      </w:r>
      <w:r>
        <w:t>Get comfortable using both feet.</w:t>
      </w:r>
    </w:p>
    <w:p>
      <w:r>
        <w:rPr>
          <w:b/>
        </w:rPr>
        <w:t xml:space="preserve">LOOK FOR: </w:t>
      </w:r>
      <w:r>
        <w:t>Control and awareness.</w:t>
      </w:r>
    </w:p>
    <w:p>
      <w:pPr>
        <w:pStyle w:val="Heading3"/>
      </w:pPr>
      <w:r>
        <w:t>2. Receive Through a Gate — 10 min</w:t>
      </w:r>
    </w:p>
    <w:p>
      <w:r>
        <w:rPr>
          <w:b/>
        </w:rPr>
        <w:t xml:space="preserve">SETUP: </w:t>
      </w:r>
      <w:r>
        <w:t>Pairs with scattered gates.</w:t>
      </w:r>
    </w:p>
    <w:p>
      <w:r>
        <w:rPr>
          <w:b/>
        </w:rPr>
        <w:t xml:space="preserve">DO THIS: </w:t>
      </w:r>
      <w:r>
        <w:t>Pass through a gate; receiver's first touch takes ball out toward next gate.</w:t>
      </w:r>
    </w:p>
    <w:p>
      <w:r>
        <w:rPr>
          <w:b/>
        </w:rPr>
        <w:t xml:space="preserve">SAY THIS: </w:t>
      </w:r>
      <w:r>
        <w:t>Can your first touch take you somewhere useful?</w:t>
      </w:r>
    </w:p>
    <w:p>
      <w:r>
        <w:rPr>
          <w:b/>
        </w:rPr>
        <w:t xml:space="preserve">LOOK FOR: </w:t>
      </w:r>
      <w:r>
        <w:t>First touch away from pressure.</w:t>
      </w:r>
    </w:p>
    <w:p>
      <w:pPr>
        <w:pStyle w:val="Heading3"/>
      </w:pPr>
      <w:r>
        <w:t>3. 3v1 Keep-Away — 10 min</w:t>
      </w:r>
    </w:p>
    <w:p>
      <w:r>
        <w:rPr>
          <w:b/>
        </w:rPr>
        <w:t xml:space="preserve">SETUP: </w:t>
      </w:r>
      <w:r>
        <w:t>Groups of four in generous grids.</w:t>
      </w:r>
    </w:p>
    <w:p>
      <w:r>
        <w:rPr>
          <w:b/>
        </w:rPr>
        <w:t xml:space="preserve">DO THIS: </w:t>
      </w:r>
      <w:r>
        <w:t>Three maintain possession; rotate defender often.</w:t>
      </w:r>
    </w:p>
    <w:p>
      <w:r>
        <w:rPr>
          <w:b/>
        </w:rPr>
        <w:t xml:space="preserve">SAY THIS: </w:t>
      </w:r>
      <w:r>
        <w:t>Make the field big when we have it.</w:t>
      </w:r>
    </w:p>
    <w:p>
      <w:r>
        <w:rPr>
          <w:b/>
        </w:rPr>
        <w:t xml:space="preserve">LOOK FOR: </w:t>
      </w:r>
      <w:r>
        <w:t>Support angles and receiving.</w:t>
      </w:r>
    </w:p>
    <w:p>
      <w:pPr>
        <w:pStyle w:val="Heading3"/>
      </w:pPr>
      <w:r>
        <w:t>4. 3v3 / 4v4 to Goals — 12 min</w:t>
      </w:r>
    </w:p>
    <w:p>
      <w:r>
        <w:rPr>
          <w:b/>
        </w:rPr>
        <w:t xml:space="preserve">SETUP: </w:t>
      </w:r>
      <w:r>
        <w:t>Several small fields.</w:t>
      </w:r>
    </w:p>
    <w:p>
      <w:r>
        <w:rPr>
          <w:b/>
        </w:rPr>
        <w:t xml:space="preserve">DO THIS: </w:t>
      </w:r>
      <w:r>
        <w:t>Free play; no required pass count.</w:t>
      </w:r>
    </w:p>
    <w:p>
      <w:r>
        <w:rPr>
          <w:b/>
        </w:rPr>
        <w:t xml:space="preserve">SAY THIS: </w:t>
      </w:r>
      <w:r>
        <w:t>Can you receive facing forward?</w:t>
      </w:r>
    </w:p>
    <w:p>
      <w:r>
        <w:rPr>
          <w:b/>
        </w:rPr>
        <w:t xml:space="preserve">LOOK FOR: </w:t>
      </w:r>
      <w:r>
        <w:t>Natural decisions.</w:t>
      </w:r>
    </w:p>
    <w:p>
      <w:pPr>
        <w:pStyle w:val="Heading3"/>
      </w:pPr>
      <w:r>
        <w:t>5. U12 Game Orientation — 20 min</w:t>
      </w:r>
    </w:p>
    <w:p>
      <w:r>
        <w:rPr>
          <w:b/>
        </w:rPr>
        <w:t xml:space="preserve">SETUP: </w:t>
      </w:r>
      <w:r>
        <w:t>Use larger field and goals; introduce goalkeeper and simple team starting locations.</w:t>
      </w:r>
    </w:p>
    <w:p>
      <w:r>
        <w:rPr>
          <w:b/>
        </w:rPr>
        <w:t xml:space="preserve">DO THIS: </w:t>
      </w:r>
      <w:r>
        <w:t>Walk through kickoff, throw-in, goal kick, corner, offside concept and substitutions, then play.</w:t>
      </w:r>
    </w:p>
    <w:p>
      <w:r>
        <w:rPr>
          <w:b/>
        </w:rPr>
        <w:t xml:space="preserve">SAY THIS: </w:t>
      </w:r>
      <w:r>
        <w:t>When we have it: get wide and give options. When we lose it: recover.</w:t>
      </w:r>
    </w:p>
    <w:p>
      <w:r>
        <w:rPr>
          <w:b/>
        </w:rPr>
        <w:t xml:space="preserve">LOOK FOR: </w:t>
      </w:r>
      <w:r>
        <w:t>Players understand basic game flow.</w:t>
      </w:r>
    </w:p>
    <w:p>
      <w:r>
        <w:t>45-minute version: Ball Mastery 7 | Receive Through Gate 8 | 3v1 10 | Game Orientation 20.</w:t>
      </w:r>
    </w:p>
    <w:p>
      <w:pPr>
        <w:pStyle w:val="Heading2"/>
      </w:pPr>
      <w:r>
        <w:t>Week 2 — Dribbling Under Pressure + Restarts</w:t>
      </w:r>
    </w:p>
    <w:p>
      <w:r>
        <w:t>Goal: Protect the ball, escape pressure, and make common game restarts comfortable before Game 1.</w:t>
      </w:r>
    </w:p>
    <w:p>
      <w:pPr>
        <w:pStyle w:val="Heading3"/>
      </w:pPr>
      <w:r>
        <w:t>1. Traffic + Escape — 8 min</w:t>
      </w:r>
    </w:p>
    <w:p>
      <w:r>
        <w:rPr>
          <w:b/>
        </w:rPr>
        <w:t xml:space="preserve">SETUP: </w:t>
      </w:r>
      <w:r>
        <w:t>Every player with ball in grid; coaches/players create passive pressure.</w:t>
      </w:r>
    </w:p>
    <w:p>
      <w:r>
        <w:rPr>
          <w:b/>
        </w:rPr>
        <w:t xml:space="preserve">DO THIS: </w:t>
      </w:r>
      <w:r>
        <w:t>Change speed/direction to escape crowded areas.</w:t>
      </w:r>
    </w:p>
    <w:p>
      <w:r>
        <w:rPr>
          <w:b/>
        </w:rPr>
        <w:t xml:space="preserve">SAY THIS: </w:t>
      </w:r>
      <w:r>
        <w:t>Don't dribble into traffic if another way is open.</w:t>
      </w:r>
    </w:p>
    <w:p>
      <w:r>
        <w:rPr>
          <w:b/>
        </w:rPr>
        <w:t xml:space="preserve">LOOK FOR: </w:t>
      </w:r>
      <w:r>
        <w:t>Scanning and turns.</w:t>
      </w:r>
    </w:p>
    <w:p>
      <w:pPr>
        <w:pStyle w:val="Heading3"/>
      </w:pPr>
      <w:r>
        <w:t>2. Shield + Escape — 10 min</w:t>
      </w:r>
    </w:p>
    <w:p>
      <w:r>
        <w:rPr>
          <w:b/>
        </w:rPr>
        <w:t xml:space="preserve">SETUP: </w:t>
      </w:r>
      <w:r>
        <w:t>Pairs; one ball.</w:t>
      </w:r>
    </w:p>
    <w:p>
      <w:r>
        <w:rPr>
          <w:b/>
        </w:rPr>
        <w:t xml:space="preserve">DO THIS: </w:t>
      </w:r>
      <w:r>
        <w:t>Attacker protects ball for several seconds, then escapes through one of two gates.</w:t>
      </w:r>
    </w:p>
    <w:p>
      <w:r>
        <w:rPr>
          <w:b/>
        </w:rPr>
        <w:t xml:space="preserve">SAY THIS: </w:t>
      </w:r>
      <w:r>
        <w:t>Put your body between defender and ball, then get away.</w:t>
      </w:r>
    </w:p>
    <w:p>
      <w:r>
        <w:rPr>
          <w:b/>
        </w:rPr>
        <w:t xml:space="preserve">LOOK FOR: </w:t>
      </w:r>
      <w:r>
        <w:t>Balance and ball protection.</w:t>
      </w:r>
    </w:p>
    <w:p>
      <w:pPr>
        <w:pStyle w:val="Heading3"/>
      </w:pPr>
      <w:r>
        <w:t>3. Throw-in to Keep It — 8 min</w:t>
      </w:r>
    </w:p>
    <w:p>
      <w:r>
        <w:rPr>
          <w:b/>
        </w:rPr>
        <w:t xml:space="preserve">SETUP: </w:t>
      </w:r>
      <w:r>
        <w:t>Groups of 3 along touchline.</w:t>
      </w:r>
    </w:p>
    <w:p>
      <w:r>
        <w:rPr>
          <w:b/>
        </w:rPr>
        <w:t xml:space="preserve">DO THIS: </w:t>
      </w:r>
      <w:r>
        <w:t>One throws to teammate checking into space; receiver controls and finds third player.</w:t>
      </w:r>
    </w:p>
    <w:p>
      <w:r>
        <w:rPr>
          <w:b/>
        </w:rPr>
        <w:t xml:space="preserve">SAY THIS: </w:t>
      </w:r>
      <w:r>
        <w:t>Throw to a teammate, not just down the line.</w:t>
      </w:r>
    </w:p>
    <w:p>
      <w:r>
        <w:rPr>
          <w:b/>
        </w:rPr>
        <w:t xml:space="preserve">LOOK FOR: </w:t>
      </w:r>
      <w:r>
        <w:t>Movement before restart and controlled first touch.</w:t>
      </w:r>
    </w:p>
    <w:p>
      <w:pPr>
        <w:pStyle w:val="Heading3"/>
      </w:pPr>
      <w:r>
        <w:t>4. Restart Circuit — 12 min</w:t>
      </w:r>
    </w:p>
    <w:p>
      <w:r>
        <w:rPr>
          <w:b/>
        </w:rPr>
        <w:t xml:space="preserve">SETUP: </w:t>
      </w:r>
      <w:r>
        <w:t>Create stations for throw-in, goal kick, corner, and indirect/direct free-kick situations as applicable.</w:t>
      </w:r>
    </w:p>
    <w:p>
      <w:r>
        <w:rPr>
          <w:b/>
        </w:rPr>
        <w:t xml:space="preserve">DO THIS: </w:t>
      </w:r>
      <w:r>
        <w:t>Groups rotate quickly; rehearse simple restart options rather than set plays.</w:t>
      </w:r>
    </w:p>
    <w:p>
      <w:r>
        <w:rPr>
          <w:b/>
        </w:rPr>
        <w:t xml:space="preserve">SAY THIS: </w:t>
      </w:r>
      <w:r>
        <w:t>Get organized quickly and give the ball carrier options.</w:t>
      </w:r>
    </w:p>
    <w:p>
      <w:r>
        <w:rPr>
          <w:b/>
        </w:rPr>
        <w:t xml:space="preserve">LOOK FOR: </w:t>
      </w:r>
      <w:r>
        <w:t>Understanding restart choices.</w:t>
      </w:r>
    </w:p>
    <w:p>
      <w:pPr>
        <w:pStyle w:val="Heading3"/>
      </w:pPr>
      <w:r>
        <w:t>5. Game-Day Scrimmage — 22 min</w:t>
      </w:r>
    </w:p>
    <w:p>
      <w:r>
        <w:rPr>
          <w:b/>
        </w:rPr>
        <w:t xml:space="preserve">SETUP: </w:t>
      </w:r>
      <w:r>
        <w:t>Game-realistic field/numbers when possible.</w:t>
      </w:r>
    </w:p>
    <w:p>
      <w:r>
        <w:rPr>
          <w:b/>
        </w:rPr>
        <w:t xml:space="preserve">DO THIS: </w:t>
      </w:r>
      <w:r>
        <w:t>Use proper restarts and offside. Stop only when a rule needs a quick correction.</w:t>
      </w:r>
    </w:p>
    <w:p>
      <w:r>
        <w:rPr>
          <w:b/>
        </w:rPr>
        <w:t xml:space="preserve">SAY THIS: </w:t>
      </w:r>
      <w:r>
        <w:t>Get set, restart, play.</w:t>
      </w:r>
    </w:p>
    <w:p>
      <w:r>
        <w:rPr>
          <w:b/>
        </w:rPr>
        <w:t xml:space="preserve">LOOK FOR: </w:t>
      </w:r>
      <w:r>
        <w:t>Comfort before Saturday.</w:t>
      </w:r>
    </w:p>
    <w:p>
      <w:pPr>
        <w:pStyle w:val="Heading2"/>
      </w:pPr>
      <w:r>
        <w:t>Week 3 — Passing, Support + Game Ready</w:t>
      </w:r>
    </w:p>
    <w:p>
      <w:r>
        <w:t>Goal: Help the player with the ball by creating angles and rehearse a realistic match before the first game.</w:t>
      </w:r>
    </w:p>
    <w:p>
      <w:pPr>
        <w:pStyle w:val="Heading3"/>
      </w:pPr>
      <w:r>
        <w:t>1. Pass + Move Gates — 8 min</w:t>
      </w:r>
    </w:p>
    <w:p>
      <w:r>
        <w:rPr>
          <w:b/>
        </w:rPr>
        <w:t xml:space="preserve">SETUP: </w:t>
      </w:r>
      <w:r>
        <w:t>Pairs, one ball, many gates.</w:t>
      </w:r>
    </w:p>
    <w:p>
      <w:r>
        <w:rPr>
          <w:b/>
        </w:rPr>
        <w:t xml:space="preserve">DO THIS: </w:t>
      </w:r>
      <w:r>
        <w:t>Pass through a gate, move to another, receive again.</w:t>
      </w:r>
    </w:p>
    <w:p>
      <w:r>
        <w:rPr>
          <w:b/>
        </w:rPr>
        <w:t xml:space="preserve">SAY THIS: </w:t>
      </w:r>
      <w:r>
        <w:t>Pass and move — don't admire it.</w:t>
      </w:r>
    </w:p>
    <w:p>
      <w:r>
        <w:rPr>
          <w:b/>
        </w:rPr>
        <w:t xml:space="preserve">LOOK FOR: </w:t>
      </w:r>
      <w:r>
        <w:t>Movement after pass.</w:t>
      </w:r>
    </w:p>
    <w:p>
      <w:pPr>
        <w:pStyle w:val="Heading3"/>
      </w:pPr>
      <w:r>
        <w:t>2. 4v2 Keep-Away — 10 min</w:t>
      </w:r>
    </w:p>
    <w:p>
      <w:r>
        <w:rPr>
          <w:b/>
        </w:rPr>
        <w:t xml:space="preserve">SETUP: </w:t>
      </w:r>
      <w:r>
        <w:t>Groups of six in 15×15-ish grids; enlarge if needed.</w:t>
      </w:r>
    </w:p>
    <w:p>
      <w:r>
        <w:rPr>
          <w:b/>
        </w:rPr>
        <w:t xml:space="preserve">DO THIS: </w:t>
      </w:r>
      <w:r>
        <w:t>Four possess against two; rotate defenders.</w:t>
      </w:r>
    </w:p>
    <w:p>
      <w:r>
        <w:rPr>
          <w:b/>
        </w:rPr>
        <w:t xml:space="preserve">SAY THIS: </w:t>
      </w:r>
      <w:r>
        <w:t>Can the ball carrier see two options?</w:t>
      </w:r>
    </w:p>
    <w:p>
      <w:r>
        <w:rPr>
          <w:b/>
        </w:rPr>
        <w:t xml:space="preserve">LOOK FOR: </w:t>
      </w:r>
      <w:r>
        <w:t>Width, angles, quick support.</w:t>
      </w:r>
    </w:p>
    <w:p>
      <w:pPr>
        <w:pStyle w:val="Heading3"/>
      </w:pPr>
      <w:r>
        <w:t>3. 3v2 to Goal — 12 min</w:t>
      </w:r>
    </w:p>
    <w:p>
      <w:r>
        <w:rPr>
          <w:b/>
        </w:rPr>
        <w:t xml:space="preserve">SETUP: </w:t>
      </w:r>
      <w:r>
        <w:t>Multiple channels to goal.</w:t>
      </w:r>
    </w:p>
    <w:p>
      <w:r>
        <w:rPr>
          <w:b/>
        </w:rPr>
        <w:t xml:space="preserve">DO THIS: </w:t>
      </w:r>
      <w:r>
        <w:t>Three attackers solve two defenders; no forced passes.</w:t>
      </w:r>
    </w:p>
    <w:p>
      <w:r>
        <w:rPr>
          <w:b/>
        </w:rPr>
        <w:t xml:space="preserve">SAY THIS: </w:t>
      </w:r>
      <w:r>
        <w:t>Can we create a free player?</w:t>
      </w:r>
    </w:p>
    <w:p>
      <w:r>
        <w:rPr>
          <w:b/>
        </w:rPr>
        <w:t xml:space="preserve">LOOK FOR: </w:t>
      </w:r>
      <w:r>
        <w:t>Decision-making and timing.</w:t>
      </w:r>
    </w:p>
    <w:p>
      <w:pPr>
        <w:pStyle w:val="Heading3"/>
      </w:pPr>
      <w:r>
        <w:t>4. Numbers-Up Transition — 10 min</w:t>
      </w:r>
    </w:p>
    <w:p>
      <w:r>
        <w:rPr>
          <w:b/>
        </w:rPr>
        <w:t xml:space="preserve">SETUP: </w:t>
      </w:r>
      <w:r>
        <w:t>3v2 to one goal; when defenders win, counter to two gates.</w:t>
      </w:r>
    </w:p>
    <w:p>
      <w:r>
        <w:rPr>
          <w:b/>
        </w:rPr>
        <w:t xml:space="preserve">DO THIS: </w:t>
      </w:r>
      <w:r>
        <w:t>Possession changes immediately change roles.</w:t>
      </w:r>
    </w:p>
    <w:p>
      <w:r>
        <w:rPr>
          <w:b/>
        </w:rPr>
        <w:t xml:space="preserve">SAY THIS: </w:t>
      </w:r>
      <w:r>
        <w:t>React when the ball changes teams.</w:t>
      </w:r>
    </w:p>
    <w:p>
      <w:r>
        <w:rPr>
          <w:b/>
        </w:rPr>
        <w:t xml:space="preserve">LOOK FOR: </w:t>
      </w:r>
      <w:r>
        <w:t>Transition awareness.</w:t>
      </w:r>
    </w:p>
    <w:p>
      <w:pPr>
        <w:pStyle w:val="Heading3"/>
      </w:pPr>
      <w:r>
        <w:t>5. Game-Ready Scrimmage — 20 min</w:t>
      </w:r>
    </w:p>
    <w:p>
      <w:r>
        <w:rPr>
          <w:b/>
        </w:rPr>
        <w:t xml:space="preserve">SETUP: </w:t>
      </w:r>
      <w:r>
        <w:t>Use realistic U12 setup.</w:t>
      </w:r>
    </w:p>
    <w:p>
      <w:r>
        <w:rPr>
          <w:b/>
        </w:rPr>
        <w:t xml:space="preserve">DO THIS: </w:t>
      </w:r>
      <w:r>
        <w:t>Normal restarts, offside, substitutions, goalkeeper play; no heading/slide tackling.</w:t>
      </w:r>
    </w:p>
    <w:p>
      <w:r>
        <w:rPr>
          <w:b/>
        </w:rPr>
        <w:t xml:space="preserve">SAY THIS: </w:t>
      </w:r>
      <w:r>
        <w:t>Play it like Saturday.</w:t>
      </w:r>
    </w:p>
    <w:p>
      <w:r>
        <w:rPr>
          <w:b/>
        </w:rPr>
        <w:t xml:space="preserve">LOOK FOR: </w:t>
      </w:r>
      <w:r>
        <w:t>Independence and rule familiarity.</w:t>
      </w:r>
    </w:p>
    <w:p>
      <w:pPr>
        <w:pStyle w:val="Heading2"/>
      </w:pPr>
      <w:r>
        <w:t>Week 4 — Attacking + Finishing</w:t>
      </w:r>
    </w:p>
    <w:p>
      <w:r>
        <w:t>Goal: Create better chances instead of simply shooting from anywhere.</w:t>
      </w:r>
    </w:p>
    <w:p>
      <w:pPr>
        <w:pStyle w:val="Heading3"/>
      </w:pPr>
      <w:r>
        <w:t>1. First Touch to Finish — 8 min</w:t>
      </w:r>
    </w:p>
    <w:p>
      <w:r>
        <w:rPr>
          <w:b/>
        </w:rPr>
        <w:t xml:space="preserve">SETUP: </w:t>
      </w:r>
      <w:r>
        <w:t>Pairs at multiple goals.</w:t>
      </w:r>
    </w:p>
    <w:p>
      <w:r>
        <w:rPr>
          <w:b/>
        </w:rPr>
        <w:t xml:space="preserve">DO THIS: </w:t>
      </w:r>
      <w:r>
        <w:t>Pass to partner; first touch sets shot; rotate continuously.</w:t>
      </w:r>
    </w:p>
    <w:p>
      <w:r>
        <w:rPr>
          <w:b/>
        </w:rPr>
        <w:t xml:space="preserve">SAY THIS: </w:t>
      </w:r>
      <w:r>
        <w:t>First touch sets up the finish.</w:t>
      </w:r>
    </w:p>
    <w:p>
      <w:r>
        <w:rPr>
          <w:b/>
        </w:rPr>
        <w:t xml:space="preserve">LOOK FOR: </w:t>
      </w:r>
      <w:r>
        <w:t>Preparation touch and accuracy.</w:t>
      </w:r>
    </w:p>
    <w:p>
      <w:pPr>
        <w:pStyle w:val="Heading3"/>
      </w:pPr>
      <w:r>
        <w:t>2. Finish From Angles — 10 min</w:t>
      </w:r>
    </w:p>
    <w:p>
      <w:r>
        <w:rPr>
          <w:b/>
        </w:rPr>
        <w:t xml:space="preserve">SETUP: </w:t>
      </w:r>
      <w:r>
        <w:t>Multiple starting points around goal.</w:t>
      </w:r>
    </w:p>
    <w:p>
      <w:r>
        <w:rPr>
          <w:b/>
        </w:rPr>
        <w:t xml:space="preserve">DO THIS: </w:t>
      </w:r>
      <w:r>
        <w:t>Players receive and finish from central and angled positions; use multiple balls.</w:t>
      </w:r>
    </w:p>
    <w:p>
      <w:r>
        <w:rPr>
          <w:b/>
        </w:rPr>
        <w:t xml:space="preserve">SAY THIS: </w:t>
      </w:r>
      <w:r>
        <w:t>Pick a corner, don't just hit it hard.</w:t>
      </w:r>
    </w:p>
    <w:p>
      <w:r>
        <w:rPr>
          <w:b/>
        </w:rPr>
        <w:t xml:space="preserve">LOOK FOR: </w:t>
      </w:r>
      <w:r>
        <w:t>Composure and placement.</w:t>
      </w:r>
    </w:p>
    <w:p>
      <w:pPr>
        <w:pStyle w:val="Heading3"/>
      </w:pPr>
      <w:r>
        <w:t>3. 2v1 to Goal — 10 min</w:t>
      </w:r>
    </w:p>
    <w:p>
      <w:r>
        <w:rPr>
          <w:b/>
        </w:rPr>
        <w:t xml:space="preserve">SETUP: </w:t>
      </w:r>
      <w:r>
        <w:t>Several mini-fields.</w:t>
      </w:r>
    </w:p>
    <w:p>
      <w:r>
        <w:rPr>
          <w:b/>
        </w:rPr>
        <w:t xml:space="preserve">DO THIS: </w:t>
      </w:r>
      <w:r>
        <w:t>Attackers decide dribble/pass/finish.</w:t>
      </w:r>
    </w:p>
    <w:p>
      <w:r>
        <w:rPr>
          <w:b/>
        </w:rPr>
        <w:t xml:space="preserve">SAY THIS: </w:t>
      </w:r>
      <w:r>
        <w:t>Make the defender choose.</w:t>
      </w:r>
    </w:p>
    <w:p>
      <w:r>
        <w:rPr>
          <w:b/>
        </w:rPr>
        <w:t xml:space="preserve">LOOK FOR: </w:t>
      </w:r>
      <w:r>
        <w:t>Timing and quality of final action.</w:t>
      </w:r>
    </w:p>
    <w:p>
      <w:pPr>
        <w:pStyle w:val="Heading3"/>
      </w:pPr>
      <w:r>
        <w:t>4. 3v3 + End Zones — 12 min</w:t>
      </w:r>
    </w:p>
    <w:p>
      <w:r>
        <w:rPr>
          <w:b/>
        </w:rPr>
        <w:t xml:space="preserve">SETUP: </w:t>
      </w:r>
      <w:r>
        <w:t>Small field; scoring requires controlled entry/pass into end zone before finish or point.</w:t>
      </w:r>
    </w:p>
    <w:p>
      <w:r>
        <w:rPr>
          <w:b/>
        </w:rPr>
        <w:t xml:space="preserve">DO THIS: </w:t>
      </w:r>
      <w:r>
        <w:t>Play through pressure into dangerous space.</w:t>
      </w:r>
    </w:p>
    <w:p>
      <w:r>
        <w:rPr>
          <w:b/>
        </w:rPr>
        <w:t xml:space="preserve">SAY THIS: </w:t>
      </w:r>
      <w:r>
        <w:t>Can we get behind them?</w:t>
      </w:r>
    </w:p>
    <w:p>
      <w:r>
        <w:rPr>
          <w:b/>
        </w:rPr>
        <w:t xml:space="preserve">LOOK FOR: </w:t>
      </w:r>
      <w:r>
        <w:t>Penetration and support.</w:t>
      </w:r>
    </w:p>
    <w:p>
      <w:pPr>
        <w:pStyle w:val="Heading3"/>
      </w:pPr>
      <w:r>
        <w:t>5. Game-Day Scrimmage — 20 min</w:t>
      </w:r>
    </w:p>
    <w:p>
      <w:r>
        <w:rPr>
          <w:b/>
        </w:rPr>
        <w:t xml:space="preserve">SETUP: </w:t>
      </w:r>
      <w:r>
        <w:t>Normal setup.</w:t>
      </w:r>
    </w:p>
    <w:p>
      <w:r>
        <w:rPr>
          <w:b/>
        </w:rPr>
        <w:t xml:space="preserve">DO THIS: </w:t>
      </w:r>
      <w:r>
        <w:t>Focus on creating good shots and one Saturday issue.</w:t>
      </w:r>
    </w:p>
    <w:p>
      <w:r>
        <w:rPr>
          <w:b/>
        </w:rPr>
        <w:t xml:space="preserve">SAY THIS: </w:t>
      </w:r>
      <w:r>
        <w:t>Can we make one more good decision before shooting?</w:t>
      </w:r>
    </w:p>
    <w:p>
      <w:r>
        <w:rPr>
          <w:b/>
        </w:rPr>
        <w:t xml:space="preserve">LOOK FOR: </w:t>
      </w:r>
      <w:r>
        <w:t>Chance quality.</w:t>
      </w:r>
    </w:p>
    <w:p>
      <w:pPr>
        <w:pStyle w:val="Heading2"/>
      </w:pPr>
      <w:r>
        <w:t>Week 5 — Combination Play + Creating Chances</w:t>
      </w:r>
    </w:p>
    <w:p>
      <w:r>
        <w:t>Goal: Introduce simple give-and-go and third-player support without scripted patterns.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One issue from Saturday.</w:t>
      </w:r>
    </w:p>
    <w:p>
      <w:r>
        <w:rPr>
          <w:b/>
        </w:rPr>
        <w:t xml:space="preserve">DO THIS: </w:t>
      </w:r>
      <w:r>
        <w:t>Brief targeted correction.</w:t>
      </w:r>
    </w:p>
    <w:p>
      <w:r>
        <w:rPr>
          <w:b/>
        </w:rPr>
        <w:t xml:space="preserve">SAY THIS: </w:t>
      </w:r>
      <w:r>
        <w:t>One thing today.</w:t>
      </w:r>
    </w:p>
    <w:p>
      <w:r>
        <w:rPr>
          <w:b/>
        </w:rPr>
        <w:t xml:space="preserve">LOOK FOR: </w:t>
      </w:r>
      <w:r>
        <w:t>Keep it short.</w:t>
      </w:r>
    </w:p>
    <w:p>
      <w:pPr>
        <w:pStyle w:val="Heading3"/>
      </w:pPr>
      <w:r>
        <w:t>2. Pass, Move, Return — 8 min</w:t>
      </w:r>
    </w:p>
    <w:p>
      <w:r>
        <w:rPr>
          <w:b/>
        </w:rPr>
        <w:t xml:space="preserve">SETUP: </w:t>
      </w:r>
      <w:r>
        <w:t>Groups of 3 with gates.</w:t>
      </w:r>
    </w:p>
    <w:p>
      <w:r>
        <w:rPr>
          <w:b/>
        </w:rPr>
        <w:t xml:space="preserve">DO THIS: </w:t>
      </w:r>
      <w:r>
        <w:t>A passes B, moves into new space; B may return or find C.</w:t>
      </w:r>
    </w:p>
    <w:p>
      <w:r>
        <w:rPr>
          <w:b/>
        </w:rPr>
        <w:t xml:space="preserve">SAY THIS: </w:t>
      </w:r>
      <w:r>
        <w:t>Pass, move, be available again.</w:t>
      </w:r>
    </w:p>
    <w:p>
      <w:r>
        <w:rPr>
          <w:b/>
        </w:rPr>
        <w:t xml:space="preserve">LOOK FOR: </w:t>
      </w:r>
      <w:r>
        <w:t>Movement after pass.</w:t>
      </w:r>
    </w:p>
    <w:p>
      <w:pPr>
        <w:pStyle w:val="Heading3"/>
      </w:pPr>
      <w:r>
        <w:t>3. Give-and-Go Gates — 10 min</w:t>
      </w:r>
    </w:p>
    <w:p>
      <w:r>
        <w:rPr>
          <w:b/>
        </w:rPr>
        <w:t xml:space="preserve">SETUP: </w:t>
      </w:r>
      <w:r>
        <w:t>Pairs plus passive defender/cone gates.</w:t>
      </w:r>
    </w:p>
    <w:p>
      <w:r>
        <w:rPr>
          <w:b/>
        </w:rPr>
        <w:t xml:space="preserve">DO THIS: </w:t>
      </w:r>
      <w:r>
        <w:t>Players use wall pass/give-and-go to get through gate.</w:t>
      </w:r>
    </w:p>
    <w:p>
      <w:r>
        <w:rPr>
          <w:b/>
        </w:rPr>
        <w:t xml:space="preserve">SAY THIS: </w:t>
      </w:r>
      <w:r>
        <w:t>Pass and go around the defender.</w:t>
      </w:r>
    </w:p>
    <w:p>
      <w:r>
        <w:rPr>
          <w:b/>
        </w:rPr>
        <w:t xml:space="preserve">LOOK FOR: </w:t>
      </w:r>
      <w:r>
        <w:t>Timing and acceleration.</w:t>
      </w:r>
    </w:p>
    <w:p>
      <w:pPr>
        <w:pStyle w:val="Heading3"/>
      </w:pPr>
      <w:r>
        <w:t>4. 3v2 Continuous — 12 min</w:t>
      </w:r>
    </w:p>
    <w:p>
      <w:r>
        <w:rPr>
          <w:b/>
        </w:rPr>
        <w:t xml:space="preserve">SETUP: </w:t>
      </w:r>
      <w:r>
        <w:t>Small fields; attacks flow both directions.</w:t>
      </w:r>
    </w:p>
    <w:p>
      <w:r>
        <w:rPr>
          <w:b/>
        </w:rPr>
        <w:t xml:space="preserve">DO THIS: </w:t>
      </w:r>
      <w:r>
        <w:t>Three attack two; when ball changes, roles transition.</w:t>
      </w:r>
    </w:p>
    <w:p>
      <w:r>
        <w:rPr>
          <w:b/>
        </w:rPr>
        <w:t xml:space="preserve">SAY THIS: </w:t>
      </w:r>
      <w:r>
        <w:t>Find the extra player.</w:t>
      </w:r>
    </w:p>
    <w:p>
      <w:r>
        <w:rPr>
          <w:b/>
        </w:rPr>
        <w:t xml:space="preserve">LOOK FOR: </w:t>
      </w:r>
      <w:r>
        <w:t>Overloads and combinations.</w:t>
      </w:r>
    </w:p>
    <w:p>
      <w:pPr>
        <w:pStyle w:val="Heading3"/>
      </w:pPr>
      <w:r>
        <w:t>5. 4v4 + Neutral — 10 min</w:t>
      </w:r>
    </w:p>
    <w:p>
      <w:r>
        <w:rPr>
          <w:b/>
        </w:rPr>
        <w:t xml:space="preserve">SETUP: </w:t>
      </w:r>
      <w:r>
        <w:t>4v4 with one neutral supporting team in possession.</w:t>
      </w:r>
    </w:p>
    <w:p>
      <w:r>
        <w:rPr>
          <w:b/>
        </w:rPr>
        <w:t xml:space="preserve">DO THIS: </w:t>
      </w:r>
      <w:r>
        <w:t>Keep and progress ball using extra option.</w:t>
      </w:r>
    </w:p>
    <w:p>
      <w:r>
        <w:rPr>
          <w:b/>
        </w:rPr>
        <w:t xml:space="preserve">SAY THIS: </w:t>
      </w:r>
      <w:r>
        <w:t>Use the help.</w:t>
      </w:r>
    </w:p>
    <w:p>
      <w:r>
        <w:rPr>
          <w:b/>
        </w:rPr>
        <w:t xml:space="preserve">LOOK FOR: </w:t>
      </w:r>
      <w:r>
        <w:t>Scanning and support.</w:t>
      </w:r>
    </w:p>
    <w:p>
      <w:pPr>
        <w:pStyle w:val="Heading3"/>
      </w:pPr>
      <w:r>
        <w:t>6. Game-Day Scrimmage — 15 min</w:t>
      </w:r>
    </w:p>
    <w:p>
      <w:r>
        <w:rPr>
          <w:b/>
        </w:rPr>
        <w:t xml:space="preserve">SETUP: </w:t>
      </w:r>
      <w:r>
        <w:t>Normal setup.</w:t>
      </w:r>
    </w:p>
    <w:p>
      <w:r>
        <w:rPr>
          <w:b/>
        </w:rPr>
        <w:t xml:space="preserve">DO THIS: </w:t>
      </w:r>
      <w:r>
        <w:t>Let combinations happen naturally; minimal stopping.</w:t>
      </w:r>
    </w:p>
    <w:p>
      <w:r>
        <w:rPr>
          <w:b/>
        </w:rPr>
        <w:t xml:space="preserve">SAY THIS: </w:t>
      </w:r>
      <w:r>
        <w:t>Can we help each other get forward?</w:t>
      </w:r>
    </w:p>
    <w:p>
      <w:r>
        <w:rPr>
          <w:b/>
        </w:rPr>
        <w:t xml:space="preserve">LOOK FOR: </w:t>
      </w:r>
      <w:r>
        <w:t>Team attacking.</w:t>
      </w:r>
    </w:p>
    <w:p>
      <w:pPr>
        <w:pStyle w:val="Heading2"/>
      </w:pPr>
      <w:r>
        <w:t>Week 6 — Defending Together + Transition</w:t>
      </w:r>
    </w:p>
    <w:p>
      <w:r>
        <w:t>Goal: Teach pressure, cover, recovery and what to do immediately after winning or losing the ball.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One match issue.</w:t>
      </w:r>
    </w:p>
    <w:p>
      <w:r>
        <w:rPr>
          <w:b/>
        </w:rPr>
        <w:t xml:space="preserve">DO THIS: </w:t>
      </w:r>
      <w:r>
        <w:t>Quick correction.</w:t>
      </w:r>
    </w:p>
    <w:p>
      <w:r>
        <w:rPr>
          <w:b/>
        </w:rPr>
        <w:t xml:space="preserve">SAY THIS: </w:t>
      </w:r>
      <w:r>
        <w:t>One thing.</w:t>
      </w:r>
    </w:p>
    <w:p>
      <w:r>
        <w:rPr>
          <w:b/>
        </w:rPr>
        <w:t xml:space="preserve">LOOK FOR: </w:t>
      </w:r>
      <w:r>
        <w:t>Move on.</w:t>
      </w:r>
    </w:p>
    <w:p>
      <w:pPr>
        <w:pStyle w:val="Heading3"/>
      </w:pPr>
      <w:r>
        <w:t>2. 1v1 Delay — 8 min</w:t>
      </w:r>
    </w:p>
    <w:p>
      <w:r>
        <w:rPr>
          <w:b/>
        </w:rPr>
        <w:t xml:space="preserve">SETUP: </w:t>
      </w:r>
      <w:r>
        <w:t>Channels to goal.</w:t>
      </w:r>
    </w:p>
    <w:p>
      <w:r>
        <w:rPr>
          <w:b/>
        </w:rPr>
        <w:t xml:space="preserve">DO THIS: </w:t>
      </w:r>
      <w:r>
        <w:t>Defender gets goal-side, slows attacker, waits for chance.</w:t>
      </w:r>
    </w:p>
    <w:p>
      <w:r>
        <w:rPr>
          <w:b/>
        </w:rPr>
        <w:t xml:space="preserve">SAY THIS: </w:t>
      </w:r>
      <w:r>
        <w:t>Slow them down; don't dive in.</w:t>
      </w:r>
    </w:p>
    <w:p>
      <w:r>
        <w:rPr>
          <w:b/>
        </w:rPr>
        <w:t xml:space="preserve">LOOK FOR: </w:t>
      </w:r>
      <w:r>
        <w:t>Body position.</w:t>
      </w:r>
    </w:p>
    <w:p>
      <w:pPr>
        <w:pStyle w:val="Heading3"/>
      </w:pPr>
      <w:r>
        <w:t>3. 2v2 Pressure + Cover — 10 min</w:t>
      </w:r>
    </w:p>
    <w:p>
      <w:r>
        <w:rPr>
          <w:b/>
        </w:rPr>
        <w:t xml:space="preserve">SETUP: </w:t>
      </w:r>
      <w:r>
        <w:t>Small fields.</w:t>
      </w:r>
    </w:p>
    <w:p>
      <w:r>
        <w:rPr>
          <w:b/>
        </w:rPr>
        <w:t xml:space="preserve">DO THIS: </w:t>
      </w:r>
      <w:r>
        <w:t>Nearest defender pressures; teammate supports behind/inside.</w:t>
      </w:r>
    </w:p>
    <w:p>
      <w:r>
        <w:rPr>
          <w:b/>
        </w:rPr>
        <w:t xml:space="preserve">SAY THIS: </w:t>
      </w:r>
      <w:r>
        <w:t>One goes, one helps.</w:t>
      </w:r>
    </w:p>
    <w:p>
      <w:r>
        <w:rPr>
          <w:b/>
        </w:rPr>
        <w:t xml:space="preserve">LOOK FOR: </w:t>
      </w:r>
      <w:r>
        <w:t>Spacing between defenders.</w:t>
      </w:r>
    </w:p>
    <w:p>
      <w:pPr>
        <w:pStyle w:val="Heading3"/>
      </w:pPr>
      <w:r>
        <w:t>4. 3v3 Transition Goals — 12 min</w:t>
      </w:r>
    </w:p>
    <w:p>
      <w:r>
        <w:rPr>
          <w:b/>
        </w:rPr>
        <w:t xml:space="preserve">SETUP: </w:t>
      </w:r>
      <w:r>
        <w:t>Two goals each end or counter gates.</w:t>
      </w:r>
    </w:p>
    <w:p>
      <w:r>
        <w:rPr>
          <w:b/>
        </w:rPr>
        <w:t xml:space="preserve">DO THIS: </w:t>
      </w:r>
      <w:r>
        <w:t>Free game; possession changes create immediate counter.</w:t>
      </w:r>
    </w:p>
    <w:p>
      <w:r>
        <w:rPr>
          <w:b/>
        </w:rPr>
        <w:t xml:space="preserve">SAY THIS: </w:t>
      </w:r>
      <w:r>
        <w:t>We lost it — react. We won it — look forward.</w:t>
      </w:r>
    </w:p>
    <w:p>
      <w:r>
        <w:rPr>
          <w:b/>
        </w:rPr>
        <w:t xml:space="preserve">LOOK FOR: </w:t>
      </w:r>
      <w:r>
        <w:t>Fast mental transition.</w:t>
      </w:r>
    </w:p>
    <w:p>
      <w:pPr>
        <w:pStyle w:val="Heading3"/>
      </w:pPr>
      <w:r>
        <w:t>5. 4v4 Protect the Middle — 10 min</w:t>
      </w:r>
    </w:p>
    <w:p>
      <w:r>
        <w:rPr>
          <w:b/>
        </w:rPr>
        <w:t xml:space="preserve">SETUP: </w:t>
      </w:r>
      <w:r>
        <w:t>Normal small field.</w:t>
      </w:r>
    </w:p>
    <w:p>
      <w:r>
        <w:rPr>
          <w:b/>
        </w:rPr>
        <w:t xml:space="preserve">DO THIS: </w:t>
      </w:r>
      <w:r>
        <w:t>Defenders try to force play away from central goal area.</w:t>
      </w:r>
    </w:p>
    <w:p>
      <w:r>
        <w:rPr>
          <w:b/>
        </w:rPr>
        <w:t xml:space="preserve">SAY THIS: </w:t>
      </w:r>
      <w:r>
        <w:t>Protect the dangerous space.</w:t>
      </w:r>
    </w:p>
    <w:p>
      <w:r>
        <w:rPr>
          <w:b/>
        </w:rPr>
        <w:t xml:space="preserve">LOOK FOR: </w:t>
      </w:r>
      <w:r>
        <w:t>Compact defending.</w:t>
      </w:r>
    </w:p>
    <w:p>
      <w:pPr>
        <w:pStyle w:val="Heading3"/>
      </w:pPr>
      <w:r>
        <w:t>6. Game-Day Scrimmage — 15 min</w:t>
      </w:r>
    </w:p>
    <w:p>
      <w:r>
        <w:rPr>
          <w:b/>
        </w:rPr>
        <w:t xml:space="preserve">SETUP: </w:t>
      </w:r>
      <w:r>
        <w:t>Normal setup.</w:t>
      </w:r>
    </w:p>
    <w:p>
      <w:r>
        <w:rPr>
          <w:b/>
        </w:rPr>
        <w:t xml:space="preserve">DO THIS: </w:t>
      </w:r>
      <w:r>
        <w:t>Observe team response to turnovers.</w:t>
      </w:r>
    </w:p>
    <w:p>
      <w:r>
        <w:rPr>
          <w:b/>
        </w:rPr>
        <w:t xml:space="preserve">SAY THIS: </w:t>
      </w:r>
      <w:r>
        <w:t>Recover together; attack together.</w:t>
      </w:r>
    </w:p>
    <w:p>
      <w:r>
        <w:rPr>
          <w:b/>
        </w:rPr>
        <w:t xml:space="preserve">LOOK FOR: </w:t>
      </w:r>
      <w:r>
        <w:t>Collective transition.</w:t>
      </w:r>
    </w:p>
    <w:p>
      <w:pPr>
        <w:pStyle w:val="Heading2"/>
      </w:pPr>
      <w:r>
        <w:t>Week 7 — Width, Depth + Team Shape</w:t>
      </w:r>
    </w:p>
    <w:p>
      <w:r>
        <w:t>Goal: Reduce bunching and give the ball carrier useful options in front, beside, and behind.</w:t>
      </w:r>
    </w:p>
    <w:p>
      <w:pPr>
        <w:pStyle w:val="Heading3"/>
      </w:pPr>
      <w:r>
        <w:t>1. Saturday Fix — 5 min</w:t>
      </w:r>
    </w:p>
    <w:p>
      <w:r>
        <w:rPr>
          <w:b/>
        </w:rPr>
        <w:t xml:space="preserve">SETUP: </w:t>
      </w:r>
      <w:r>
        <w:t>One issue.</w:t>
      </w:r>
    </w:p>
    <w:p>
      <w:r>
        <w:rPr>
          <w:b/>
        </w:rPr>
        <w:t xml:space="preserve">DO THIS: </w:t>
      </w:r>
      <w:r>
        <w:t>Quick correction.</w:t>
      </w:r>
    </w:p>
    <w:p>
      <w:r>
        <w:rPr>
          <w:b/>
        </w:rPr>
        <w:t xml:space="preserve">SAY THIS: </w:t>
      </w:r>
      <w:r>
        <w:t>One thing.</w:t>
      </w:r>
    </w:p>
    <w:p>
      <w:r>
        <w:rPr>
          <w:b/>
        </w:rPr>
        <w:t xml:space="preserve">LOOK FOR: </w:t>
      </w:r>
      <w:r>
        <w:t>Short.</w:t>
      </w:r>
    </w:p>
    <w:p>
      <w:pPr>
        <w:pStyle w:val="Heading3"/>
      </w:pPr>
      <w:r>
        <w:t>2. Four-Corner Possession — 8 min</w:t>
      </w:r>
    </w:p>
    <w:p>
      <w:r>
        <w:rPr>
          <w:b/>
        </w:rPr>
        <w:t xml:space="preserve">SETUP: </w:t>
      </w:r>
      <w:r>
        <w:t>Grid with four corner gates/zones.</w:t>
      </w:r>
    </w:p>
    <w:p>
      <w:r>
        <w:rPr>
          <w:b/>
        </w:rPr>
        <w:t xml:space="preserve">DO THIS: </w:t>
      </w:r>
      <w:r>
        <w:t>Team scores by moving ball to an open corner target.</w:t>
      </w:r>
    </w:p>
    <w:p>
      <w:r>
        <w:rPr>
          <w:b/>
        </w:rPr>
        <w:t xml:space="preserve">SAY THIS: </w:t>
      </w:r>
      <w:r>
        <w:t>Where is the space?</w:t>
      </w:r>
    </w:p>
    <w:p>
      <w:r>
        <w:rPr>
          <w:b/>
        </w:rPr>
        <w:t xml:space="preserve">LOOK FOR: </w:t>
      </w:r>
      <w:r>
        <w:t>Scanning across field.</w:t>
      </w:r>
    </w:p>
    <w:p>
      <w:pPr>
        <w:pStyle w:val="Heading3"/>
      </w:pPr>
      <w:r>
        <w:t>3. 4v2 / 5v2 Keep-Away — 10 min</w:t>
      </w:r>
    </w:p>
    <w:p>
      <w:r>
        <w:rPr>
          <w:b/>
        </w:rPr>
        <w:t xml:space="preserve">SETUP: </w:t>
      </w:r>
      <w:r>
        <w:t>Generous possession grid.</w:t>
      </w:r>
    </w:p>
    <w:p>
      <w:r>
        <w:rPr>
          <w:b/>
        </w:rPr>
        <w:t xml:space="preserve">DO THIS: </w:t>
      </w:r>
      <w:r>
        <w:t>Keep ball; encourage players to use full space.</w:t>
      </w:r>
    </w:p>
    <w:p>
      <w:r>
        <w:rPr>
          <w:b/>
        </w:rPr>
        <w:t xml:space="preserve">SAY THIS: </w:t>
      </w:r>
      <w:r>
        <w:t>Make the field big.</w:t>
      </w:r>
    </w:p>
    <w:p>
      <w:r>
        <w:rPr>
          <w:b/>
        </w:rPr>
        <w:t xml:space="preserve">LOOK FOR: </w:t>
      </w:r>
      <w:r>
        <w:t>Width and depth.</w:t>
      </w:r>
    </w:p>
    <w:p>
      <w:pPr>
        <w:pStyle w:val="Heading3"/>
      </w:pPr>
      <w:r>
        <w:t>4. Wide-Channel Game — 12 min</w:t>
      </w:r>
    </w:p>
    <w:p>
      <w:r>
        <w:rPr>
          <w:b/>
        </w:rPr>
        <w:t xml:space="preserve">SETUP: </w:t>
      </w:r>
      <w:r>
        <w:t>4v4/5v5 with wide channels.</w:t>
      </w:r>
    </w:p>
    <w:p>
      <w:r>
        <w:rPr>
          <w:b/>
        </w:rPr>
        <w:t xml:space="preserve">DO THIS: </w:t>
      </w:r>
      <w:r>
        <w:t>Free play; wide channels highlight available space but are not mandatory.</w:t>
      </w:r>
    </w:p>
    <w:p>
      <w:r>
        <w:rPr>
          <w:b/>
        </w:rPr>
        <w:t xml:space="preserve">SAY THIS: </w:t>
      </w:r>
      <w:r>
        <w:t>Can we use the whole field?</w:t>
      </w:r>
    </w:p>
    <w:p>
      <w:r>
        <w:rPr>
          <w:b/>
        </w:rPr>
        <w:t xml:space="preserve">LOOK FOR: </w:t>
      </w:r>
      <w:r>
        <w:t>Width without rigid positions.</w:t>
      </w:r>
    </w:p>
    <w:p>
      <w:pPr>
        <w:pStyle w:val="Heading3"/>
      </w:pPr>
      <w:r>
        <w:t>5. Back-Support Game — 10 min</w:t>
      </w:r>
    </w:p>
    <w:p>
      <w:r>
        <w:rPr>
          <w:b/>
        </w:rPr>
        <w:t xml:space="preserve">SETUP: </w:t>
      </w:r>
      <w:r>
        <w:t>Small-sided game with supporting target/neutral behind possession.</w:t>
      </w:r>
    </w:p>
    <w:p>
      <w:r>
        <w:rPr>
          <w:b/>
        </w:rPr>
        <w:t xml:space="preserve">DO THIS: </w:t>
      </w:r>
      <w:r>
        <w:t>Ball carrier can play backward to keep possession and switch point of attack.</w:t>
      </w:r>
    </w:p>
    <w:p>
      <w:r>
        <w:rPr>
          <w:b/>
        </w:rPr>
        <w:t xml:space="preserve">SAY THIS: </w:t>
      </w:r>
      <w:r>
        <w:t>Backward can be a good soccer decision.</w:t>
      </w:r>
    </w:p>
    <w:p>
      <w:r>
        <w:rPr>
          <w:b/>
        </w:rPr>
        <w:t xml:space="preserve">LOOK FOR: </w:t>
      </w:r>
      <w:r>
        <w:t>Depth and patience.</w:t>
      </w:r>
    </w:p>
    <w:p>
      <w:pPr>
        <w:pStyle w:val="Heading3"/>
      </w:pPr>
      <w:r>
        <w:t>6. Game-Day Scrimmage — 15 min</w:t>
      </w:r>
    </w:p>
    <w:p>
      <w:r>
        <w:rPr>
          <w:b/>
        </w:rPr>
        <w:t xml:space="preserve">SETUP: </w:t>
      </w:r>
      <w:r>
        <w:t>Normal setup.</w:t>
      </w:r>
    </w:p>
    <w:p>
      <w:r>
        <w:rPr>
          <w:b/>
        </w:rPr>
        <w:t xml:space="preserve">DO THIS: </w:t>
      </w:r>
      <w:r>
        <w:t>Freeze once or twice and ask players to identify width/depth.</w:t>
      </w:r>
    </w:p>
    <w:p>
      <w:r>
        <w:rPr>
          <w:b/>
        </w:rPr>
        <w:t xml:space="preserve">SAY THIS: </w:t>
      </w:r>
      <w:r>
        <w:t>Who can help in front? Beside? Behind?</w:t>
      </w:r>
    </w:p>
    <w:p>
      <w:r>
        <w:rPr>
          <w:b/>
        </w:rPr>
        <w:t xml:space="preserve">LOOK FOR: </w:t>
      </w:r>
      <w:r>
        <w:t>Self-organized shape.</w:t>
      </w:r>
    </w:p>
    <w:p>
      <w:pPr>
        <w:pStyle w:val="Heading2"/>
      </w:pPr>
      <w:r>
        <w:t>Week 8 — Small-Sided Festival + Review</w:t>
      </w:r>
    </w:p>
    <w:p>
      <w:r>
        <w:t>Goal: Review through competitive, enjoyable soccer. Reusable as U12 Fun Practice.</w:t>
      </w:r>
    </w:p>
    <w:p>
      <w:pPr>
        <w:pStyle w:val="Heading3"/>
      </w:pPr>
      <w:r>
        <w:t>1. Technical Challenge — 8 min</w:t>
      </w:r>
    </w:p>
    <w:p>
      <w:r>
        <w:rPr>
          <w:b/>
        </w:rPr>
        <w:t xml:space="preserve">SETUP: </w:t>
      </w:r>
      <w:r>
        <w:t>Balls, gates and cones.</w:t>
      </w:r>
    </w:p>
    <w:p>
      <w:r>
        <w:rPr>
          <w:b/>
        </w:rPr>
        <w:t xml:space="preserve">DO THIS: </w:t>
      </w:r>
      <w:r>
        <w:t>Dribbling/turning personal challenges.</w:t>
      </w:r>
    </w:p>
    <w:p>
      <w:r>
        <w:rPr>
          <w:b/>
        </w:rPr>
        <w:t xml:space="preserve">SAY THIS: </w:t>
      </w:r>
      <w:r>
        <w:t>Beat your own score.</w:t>
      </w:r>
    </w:p>
    <w:p>
      <w:r>
        <w:rPr>
          <w:b/>
        </w:rPr>
        <w:t xml:space="preserve">LOOK FOR: </w:t>
      </w:r>
      <w:r>
        <w:t>Confidence.</w:t>
      </w:r>
    </w:p>
    <w:p>
      <w:pPr>
        <w:pStyle w:val="Heading3"/>
      </w:pPr>
      <w:r>
        <w:t>2. Passing Challenge — 8 min</w:t>
      </w:r>
    </w:p>
    <w:p>
      <w:r>
        <w:rPr>
          <w:b/>
        </w:rPr>
        <w:t xml:space="preserve">SETUP: </w:t>
      </w:r>
      <w:r>
        <w:t>Groups of 2–3; gates/targets.</w:t>
      </w:r>
    </w:p>
    <w:p>
      <w:r>
        <w:rPr>
          <w:b/>
        </w:rPr>
        <w:t xml:space="preserve">DO THIS: </w:t>
      </w:r>
      <w:r>
        <w:t>Accurate passing and moving challenge.</w:t>
      </w:r>
    </w:p>
    <w:p>
      <w:r>
        <w:rPr>
          <w:b/>
        </w:rPr>
        <w:t xml:space="preserve">SAY THIS: </w:t>
      </w:r>
      <w:r>
        <w:t>Quality before speed.</w:t>
      </w:r>
    </w:p>
    <w:p>
      <w:r>
        <w:rPr>
          <w:b/>
        </w:rPr>
        <w:t xml:space="preserve">LOOK FOR: </w:t>
      </w:r>
      <w:r>
        <w:t>Technique and movement.</w:t>
      </w:r>
    </w:p>
    <w:p>
      <w:pPr>
        <w:pStyle w:val="Heading3"/>
      </w:pPr>
      <w:r>
        <w:t>3. Finishing Challenge — 8 min</w:t>
      </w:r>
    </w:p>
    <w:p>
      <w:r>
        <w:rPr>
          <w:b/>
        </w:rPr>
        <w:t xml:space="preserve">SETUP: </w:t>
      </w:r>
      <w:r>
        <w:t>Multiple goals/targets.</w:t>
      </w:r>
    </w:p>
    <w:p>
      <w:r>
        <w:rPr>
          <w:b/>
        </w:rPr>
        <w:t xml:space="preserve">DO THIS: </w:t>
      </w:r>
      <w:r>
        <w:t>Finish from varied angles; personal/team challenge.</w:t>
      </w:r>
    </w:p>
    <w:p>
      <w:r>
        <w:rPr>
          <w:b/>
        </w:rPr>
        <w:t xml:space="preserve">SAY THIS: </w:t>
      </w:r>
      <w:r>
        <w:t>Pick your target.</w:t>
      </w:r>
    </w:p>
    <w:p>
      <w:r>
        <w:rPr>
          <w:b/>
        </w:rPr>
        <w:t xml:space="preserve">LOOK FOR: </w:t>
      </w:r>
      <w:r>
        <w:t>Composure.</w:t>
      </w:r>
    </w:p>
    <w:p>
      <w:pPr>
        <w:pStyle w:val="Heading3"/>
      </w:pPr>
      <w:r>
        <w:t>4. 2v2 Festival — 8 min</w:t>
      </w:r>
    </w:p>
    <w:p>
      <w:r>
        <w:rPr>
          <w:b/>
        </w:rPr>
        <w:t xml:space="preserve">SETUP: </w:t>
      </w:r>
      <w:r>
        <w:t>Multiple fields.</w:t>
      </w:r>
    </w:p>
    <w:p>
      <w:r>
        <w:rPr>
          <w:b/>
        </w:rPr>
        <w:t xml:space="preserve">DO THIS: </w:t>
      </w:r>
      <w:r>
        <w:t>Short games; rotate.</w:t>
      </w:r>
    </w:p>
    <w:p>
      <w:r>
        <w:rPr>
          <w:b/>
        </w:rPr>
        <w:t xml:space="preserve">SAY THIS: </w:t>
      </w:r>
      <w:r>
        <w:t>Solve the game.</w:t>
      </w:r>
    </w:p>
    <w:p>
      <w:r>
        <w:rPr>
          <w:b/>
        </w:rPr>
        <w:t xml:space="preserve">LOOK FOR: </w:t>
      </w:r>
      <w:r>
        <w:t>Lots of decisions.</w:t>
      </w:r>
    </w:p>
    <w:p>
      <w:pPr>
        <w:pStyle w:val="Heading3"/>
      </w:pPr>
      <w:r>
        <w:t>5. 3v3 / 4v4 Festival — 10 min</w:t>
      </w:r>
    </w:p>
    <w:p>
      <w:r>
        <w:rPr>
          <w:b/>
        </w:rPr>
        <w:t xml:space="preserve">SETUP: </w:t>
      </w:r>
      <w:r>
        <w:t>Multiple fields.</w:t>
      </w:r>
    </w:p>
    <w:p>
      <w:r>
        <w:rPr>
          <w:b/>
        </w:rPr>
        <w:t xml:space="preserve">DO THIS: </w:t>
      </w:r>
      <w:r>
        <w:t>Short games; rotate.</w:t>
      </w:r>
    </w:p>
    <w:p>
      <w:r>
        <w:rPr>
          <w:b/>
        </w:rPr>
        <w:t xml:space="preserve">SAY THIS: </w:t>
      </w:r>
      <w:r>
        <w:t>Play.</w:t>
      </w:r>
    </w:p>
    <w:p>
      <w:r>
        <w:rPr>
          <w:b/>
        </w:rPr>
        <w:t xml:space="preserve">LOOK FOR: </w:t>
      </w:r>
      <w:r>
        <w:t>Team play.</w:t>
      </w:r>
    </w:p>
    <w:p>
      <w:pPr>
        <w:pStyle w:val="Heading3"/>
      </w:pPr>
      <w:r>
        <w:t>6. Final Match — 18 min</w:t>
      </w:r>
    </w:p>
    <w:p>
      <w:r>
        <w:rPr>
          <w:b/>
        </w:rPr>
        <w:t xml:space="preserve">SETUP: </w:t>
      </w:r>
      <w:r>
        <w:t>Game-realistic setup.</w:t>
      </w:r>
    </w:p>
    <w:p>
      <w:r>
        <w:rPr>
          <w:b/>
        </w:rPr>
        <w:t xml:space="preserve">DO THIS: </w:t>
      </w:r>
      <w:r>
        <w:t>Normal rules; coach mostly observes.</w:t>
      </w:r>
    </w:p>
    <w:p>
      <w:r>
        <w:rPr>
          <w:b/>
        </w:rPr>
        <w:t xml:space="preserve">SAY THIS: </w:t>
      </w:r>
      <w:r>
        <w:t>Show what you've learned.</w:t>
      </w:r>
    </w:p>
    <w:p>
      <w:r>
        <w:rPr>
          <w:b/>
        </w:rPr>
        <w:t xml:space="preserve">LOOK FOR: </w:t>
      </w:r>
      <w:r>
        <w:t>Enjoyment and independence.</w:t>
      </w:r>
    </w:p>
    <w:p>
      <w:pPr>
        <w:pStyle w:val="Heading1"/>
      </w:pPr>
      <w:r>
        <w:t>4. U12 Emergency Practice</w:t>
      </w:r>
    </w:p>
    <w:p>
      <w:pPr>
        <w:pStyle w:val="ListBullet"/>
      </w:pPr>
      <w:r>
        <w:t>10 min — Ball Mastery + Gates</w:t>
      </w:r>
    </w:p>
    <w:p>
      <w:pPr>
        <w:pStyle w:val="ListBullet"/>
      </w:pPr>
      <w:r>
        <w:t>10 min — Passing Through Gates</w:t>
      </w:r>
    </w:p>
    <w:p>
      <w:pPr>
        <w:pStyle w:val="ListBullet"/>
      </w:pPr>
      <w:r>
        <w:t>10 min — 1v1 / 2v1</w:t>
      </w:r>
    </w:p>
    <w:p>
      <w:pPr>
        <w:pStyle w:val="ListBullet"/>
      </w:pPr>
      <w:r>
        <w:t>10 min — 3v3 / 4v4 small-sided soccer</w:t>
      </w:r>
    </w:p>
    <w:p>
      <w:pPr>
        <w:pStyle w:val="ListBullet"/>
      </w:pPr>
      <w:r>
        <w:t>20 min — Game-Day Scrimmage with normal U12 rules</w:t>
      </w:r>
    </w:p>
    <w:p>
      <w:r>
        <w:t>Coach note: Lots of touches and real soccer decisions beat complicated drills with long waits.</w:t>
      </w:r>
    </w:p>
    <w:p>
      <w:pPr>
        <w:pStyle w:val="Heading1"/>
      </w:pPr>
      <w:r>
        <w:t>5. U12 Game-Day Cheat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Topic</w:t>
            </w:r>
          </w:p>
        </w:tc>
        <w:tc>
          <w:tcPr>
            <w:tcW w:type="dxa" w:w="5112"/>
          </w:tcPr>
          <w:p>
            <w:r>
              <w:t>SVFL U12 Summary</w:t>
            </w:r>
          </w:p>
        </w:tc>
      </w:tr>
      <w:tr>
        <w:tc>
          <w:tcPr>
            <w:tcW w:type="dxa" w:w="5112"/>
          </w:tcPr>
          <w:p>
            <w:r>
              <w:t>Game format</w:t>
            </w:r>
          </w:p>
        </w:tc>
        <w:tc>
          <w:tcPr>
            <w:tcW w:type="dxa" w:w="5112"/>
          </w:tcPr>
          <w:p>
            <w:r>
              <w:t>9v9 including goalkeeper. #4 ball. Two 30-minute halves with 5-minute halftime.</w:t>
            </w:r>
          </w:p>
        </w:tc>
      </w:tr>
      <w:tr>
        <w:tc>
          <w:tcPr>
            <w:tcW w:type="dxa" w:w="5112"/>
          </w:tcPr>
          <w:p>
            <w:r>
              <w:t>Field / roster</w:t>
            </w:r>
          </w:p>
        </w:tc>
        <w:tc>
          <w:tcPr>
            <w:tcW w:type="dxa" w:w="5112"/>
          </w:tcPr>
          <w:p>
            <w:r>
              <w:t>Field 70×45 to 90×55 yards. 16-player maximum roster. Six players per side are needed for an official game; five or fewer results in forfeit.</w:t>
            </w:r>
          </w:p>
        </w:tc>
      </w:tr>
      <w:tr>
        <w:tc>
          <w:tcPr>
            <w:tcW w:type="dxa" w:w="5112"/>
          </w:tcPr>
          <w:p>
            <w:r>
              <w:t>Participation</w:t>
            </w:r>
          </w:p>
        </w:tc>
        <w:tc>
          <w:tcPr>
            <w:tcW w:type="dxa" w:w="5112"/>
          </w:tcPr>
          <w:p>
            <w:r>
              <w:t>All dressed players should play as close to half the game as possible and participate in both halves.</w:t>
            </w:r>
          </w:p>
        </w:tc>
      </w:tr>
      <w:tr>
        <w:tc>
          <w:tcPr>
            <w:tcW w:type="dxa" w:w="5112"/>
          </w:tcPr>
          <w:p>
            <w:r>
              <w:t>Offside</w:t>
            </w:r>
          </w:p>
        </w:tc>
        <w:tc>
          <w:tcPr>
            <w:tcW w:type="dxa" w:w="5112"/>
          </w:tcPr>
          <w:p>
            <w:r>
              <w:t>Offside is called at U10 through U19.</w:t>
            </w:r>
          </w:p>
        </w:tc>
      </w:tr>
      <w:tr>
        <w:tc>
          <w:tcPr>
            <w:tcW w:type="dxa" w:w="5112"/>
          </w:tcPr>
          <w:p>
            <w:r>
              <w:t>Heading</w:t>
            </w:r>
          </w:p>
        </w:tc>
        <w:tc>
          <w:tcPr>
            <w:tcW w:type="dxa" w:w="5112"/>
          </w:tcPr>
          <w:p>
            <w:r>
              <w:t>No heading at U12 and below.</w:t>
            </w:r>
          </w:p>
        </w:tc>
      </w:tr>
      <w:tr>
        <w:tc>
          <w:tcPr>
            <w:tcW w:type="dxa" w:w="5112"/>
          </w:tcPr>
          <w:p>
            <w:r>
              <w:t>Slide tackling</w:t>
            </w:r>
          </w:p>
        </w:tc>
        <w:tc>
          <w:tcPr>
            <w:tcW w:type="dxa" w:w="5112"/>
          </w:tcPr>
          <w:p>
            <w:r>
              <w:t>No slide tackling at U12 and below.</w:t>
            </w:r>
          </w:p>
        </w:tc>
      </w:tr>
      <w:tr>
        <w:tc>
          <w:tcPr>
            <w:tcW w:type="dxa" w:w="5112"/>
          </w:tcPr>
          <w:p>
            <w:r>
              <w:t>Substitutions</w:t>
            </w:r>
          </w:p>
        </w:tc>
        <w:tc>
          <w:tcPr>
            <w:tcW w:type="dxa" w:w="5112"/>
          </w:tcPr>
          <w:p>
            <w:r>
              <w:t>With referee permission at specified dead-ball situations; substitutes should be ready at midfield.</w:t>
            </w:r>
          </w:p>
        </w:tc>
      </w:tr>
      <w:tr>
        <w:tc>
          <w:tcPr>
            <w:tcW w:type="dxa" w:w="5112"/>
          </w:tcPr>
          <w:p>
            <w:r>
              <w:t>Coach field access</w:t>
            </w:r>
          </w:p>
        </w:tc>
        <w:tc>
          <w:tcPr>
            <w:tcW w:type="dxa" w:w="5112"/>
          </w:tcPr>
          <w:p>
            <w:r>
              <w:t>U10–U19 coaches enter the field only for an injured player after being called on by the referee.</w:t>
            </w:r>
          </w:p>
        </w:tc>
      </w:tr>
      <w:tr>
        <w:tc>
          <w:tcPr>
            <w:tcW w:type="dxa" w:w="5112"/>
          </w:tcPr>
          <w:p>
            <w:r>
              <w:t>Referee communication</w:t>
            </w:r>
          </w:p>
        </w:tc>
        <w:tc>
          <w:tcPr>
            <w:tcW w:type="dxa" w:w="5112"/>
          </w:tcPr>
          <w:p>
            <w:r>
              <w:t>Only the head coach may respectfully address questions to the referee.</w:t>
            </w:r>
          </w:p>
        </w:tc>
      </w:tr>
      <w:tr>
        <w:tc>
          <w:tcPr>
            <w:tcW w:type="dxa" w:w="5112"/>
          </w:tcPr>
          <w:p>
            <w:r>
              <w:t>Spectators</w:t>
            </w:r>
          </w:p>
        </w:tc>
        <w:tc>
          <w:tcPr>
            <w:tcW w:type="dxa" w:w="5112"/>
          </w:tcPr>
          <w:p>
            <w:r>
              <w:t>Players/coaches and spectators remain on opposite sides; head coach is responsible for team bench/fan behavior.</w:t>
            </w:r>
          </w:p>
        </w:tc>
      </w:tr>
    </w:tbl>
    <w:p>
      <w:pPr>
        <w:pStyle w:val="Heading1"/>
      </w:pPr>
      <w:r>
        <w:t>6. Website Editor Notes</w:t>
      </w:r>
    </w:p>
    <w:p>
      <w:pPr>
        <w:pStyle w:val="ListBullet"/>
      </w:pPr>
      <w:r>
        <w:t>Use the same page/card structure as U8 and U10.</w:t>
      </w:r>
    </w:p>
    <w:p>
      <w:pPr>
        <w:pStyle w:val="ListBullet"/>
      </w:pPr>
      <w:r>
        <w:t>At top of every practice: 60 minutes, today's goal, equipment, and before-practice setup.</w:t>
      </w:r>
    </w:p>
    <w:p>
      <w:pPr>
        <w:pStyle w:val="ListBullet"/>
      </w:pPr>
      <w:r>
        <w:t>Use collapsible 45-minute and troubleshooting sections.</w:t>
      </w:r>
    </w:p>
    <w:p>
      <w:pPr>
        <w:pStyle w:val="ListBullet"/>
      </w:pPr>
      <w:r>
        <w:t>Add [SHOW ME] placeholders for diagrams/videos.</w:t>
      </w:r>
    </w:p>
    <w:p>
      <w:pPr>
        <w:pStyle w:val="ListBullet"/>
      </w:pPr>
      <w:r>
        <w:t>Game-Day page should show 'SVFL rules revised 7/15/2026' plus a Last Updated field.</w:t>
      </w:r>
    </w:p>
    <w:p>
      <w:pPr>
        <w:pStyle w:val="ListBullet"/>
      </w:pPr>
      <w:r>
        <w:t>Keep full SVFL rules linked separately; this page is a coach-facing summary.</w:t>
      </w:r>
    </w:p>
    <w:p>
      <w:pPr>
        <w:pStyle w:val="ListBullet"/>
      </w:pPr>
      <w:r>
        <w:t>Test on phone before publishing all weeks.</w:t>
      </w:r>
    </w:p>
    <w:p>
      <w:pPr>
        <w:pStyle w:val="Heading1"/>
      </w:pPr>
      <w:r>
        <w:t>7. Future U6 Direction</w:t>
      </w:r>
    </w:p>
    <w:p>
      <w:r>
        <w:t>U6 will intentionally be simpler than the older age groups. It should be based loosely on the U8 ball-control/fun model, but not treated as a competitive season curriculum. The intended structure is introductory soccer sessions built around a ball for every child, simple dribbling games, stopping/turning, kicking toward goals, basic boundaries/direction, and loose 2v2/3v3-style scrimmages. The emphasis will be fun, comfort with the ball, and wanting to come back next week—not tactics or formal match preparation.</w:t>
      </w:r>
    </w:p>
    <w:p>
      <w:pPr>
        <w:pStyle w:val="Heading1"/>
      </w:pPr>
      <w:r>
        <w:t>8. Source Notes</w:t>
      </w:r>
    </w:p>
    <w:p>
      <w:r>
        <w:t>League-rule content is based on the supplied Southern Virginia Futbol League Youth Soccer Rules, revised 7/15/2026. The coaching curriculum itself is LGSA Coach Hub content. If SVFL rules are revised, review the Game-Day Cheat Sheet and any rule-specific practice instructions before publication.</w:t>
      </w:r>
    </w:p>
    <w:p>
      <w:r>
        <w:br w:type="page"/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LGSA Coach Hub • Master Publishing Package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